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5F9D3" w14:textId="3C3C1E3E" w:rsidR="00C9616F" w:rsidRPr="00BD270C" w:rsidRDefault="001D6D89">
      <w:pPr>
        <w:jc w:val="center"/>
        <w:rPr>
          <w:rFonts w:ascii="BIZ UDP明朝 Medium" w:eastAsia="BIZ UDP明朝 Medium" w:hAnsi="BIZ UDP明朝 Medium"/>
          <w:sz w:val="32"/>
          <w:szCs w:val="36"/>
          <w:u w:val="single"/>
          <w:lang w:eastAsia="ja-JP"/>
        </w:rPr>
      </w:pPr>
      <w:r>
        <w:rPr>
          <w:rFonts w:ascii="BIZ UDP明朝 Medium" w:eastAsia="BIZ UDP明朝 Medium" w:hAnsi="BIZ UDP明朝 Medium"/>
          <w:noProof/>
          <w:sz w:val="32"/>
          <w:szCs w:val="36"/>
          <w:u w:val="single"/>
          <w:lang w:eastAsia="ja-JP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10950" wp14:editId="63A1C7EB">
                <wp:simplePos x="0" y="0"/>
                <wp:positionH relativeFrom="column">
                  <wp:posOffset>-705485</wp:posOffset>
                </wp:positionH>
                <wp:positionV relativeFrom="paragraph">
                  <wp:posOffset>-172085</wp:posOffset>
                </wp:positionV>
                <wp:extent cx="8102600" cy="1892300"/>
                <wp:effectExtent l="0" t="0" r="0" b="0"/>
                <wp:wrapNone/>
                <wp:docPr id="113201829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2600" cy="18923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0F9CA" id="正方形/長方形 1" o:spid="_x0000_s1026" style="position:absolute;margin-left:-55.55pt;margin-top:-13.55pt;width:638pt;height:14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" fillcolor="#f2dbdb [661]" stroked="f">
                <v:fill opacity="32896f"/>
              </v:rect>
            </w:pict>
          </mc:Fallback>
        </mc:AlternateContent>
      </w:r>
      <w:r w:rsidR="001563F4" w:rsidRPr="00BD270C">
        <w:rPr>
          <w:rFonts w:ascii="BIZ UDP明朝 Medium" w:eastAsia="BIZ UDP明朝 Medium" w:hAnsi="BIZ UDP明朝 Medium"/>
          <w:sz w:val="32"/>
          <w:szCs w:val="36"/>
          <w:u w:val="single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563F4" w:rsidRPr="00BD270C">
              <w:rPr>
                <w:rFonts w:ascii="BIZ UDP明朝 Medium" w:eastAsia="BIZ UDP明朝 Medium" w:hAnsi="BIZ UDP明朝 Medium"/>
                <w:sz w:val="16"/>
                <w:szCs w:val="36"/>
                <w:u w:val="single"/>
                <w:lang w:eastAsia="ja-JP"/>
              </w:rPr>
              <w:t>たてもの</w:t>
            </w:r>
          </w:rt>
          <w:rubyBase>
            <w:r w:rsidR="001563F4" w:rsidRPr="00BD270C">
              <w:rPr>
                <w:rFonts w:ascii="BIZ UDP明朝 Medium" w:eastAsia="BIZ UDP明朝 Medium" w:hAnsi="BIZ UDP明朝 Medium"/>
                <w:sz w:val="32"/>
                <w:szCs w:val="36"/>
                <w:u w:val="single"/>
                <w:lang w:eastAsia="ja-JP"/>
              </w:rPr>
              <w:t>建物</w:t>
            </w:r>
          </w:rubyBase>
        </w:ruby>
      </w:r>
      <w:r w:rsidR="001563F4" w:rsidRPr="00BD270C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>（</w:t>
      </w:r>
      <w:r w:rsidR="001563F4" w:rsidRPr="00BD270C">
        <w:rPr>
          <w:rFonts w:ascii="BIZ UDP明朝 Medium" w:eastAsia="BIZ UDP明朝 Medium" w:hAnsi="BIZ UDP明朝 Medium"/>
          <w:sz w:val="32"/>
          <w:szCs w:val="36"/>
          <w:u w:val="single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563F4" w:rsidRPr="00BD270C">
              <w:rPr>
                <w:rFonts w:ascii="BIZ UDP明朝 Medium" w:eastAsia="BIZ UDP明朝 Medium" w:hAnsi="BIZ UDP明朝 Medium"/>
                <w:sz w:val="16"/>
                <w:szCs w:val="36"/>
                <w:u w:val="single"/>
                <w:lang w:eastAsia="ja-JP"/>
              </w:rPr>
              <w:t>あきや</w:t>
            </w:r>
          </w:rt>
          <w:rubyBase>
            <w:r w:rsidR="001563F4" w:rsidRPr="00BD270C">
              <w:rPr>
                <w:rFonts w:ascii="BIZ UDP明朝 Medium" w:eastAsia="BIZ UDP明朝 Medium" w:hAnsi="BIZ UDP明朝 Medium"/>
                <w:sz w:val="32"/>
                <w:szCs w:val="36"/>
                <w:u w:val="single"/>
                <w:lang w:eastAsia="ja-JP"/>
              </w:rPr>
              <w:t>空家</w:t>
            </w:r>
          </w:rubyBase>
        </w:ruby>
      </w:r>
      <w:r w:rsidR="001563F4" w:rsidRPr="00BD270C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>・</w:t>
      </w:r>
      <w:r w:rsidR="001563F4" w:rsidRPr="00BD270C">
        <w:rPr>
          <w:rFonts w:ascii="BIZ UDP明朝 Medium" w:eastAsia="BIZ UDP明朝 Medium" w:hAnsi="BIZ UDP明朝 Medium"/>
          <w:sz w:val="32"/>
          <w:szCs w:val="36"/>
          <w:u w:val="single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563F4" w:rsidRPr="00BD270C">
              <w:rPr>
                <w:rFonts w:ascii="BIZ UDP明朝 Medium" w:eastAsia="BIZ UDP明朝 Medium" w:hAnsi="BIZ UDP明朝 Medium"/>
                <w:sz w:val="16"/>
                <w:szCs w:val="36"/>
                <w:u w:val="single"/>
                <w:lang w:eastAsia="ja-JP"/>
              </w:rPr>
              <w:t>あきち</w:t>
            </w:r>
          </w:rt>
          <w:rubyBase>
            <w:r w:rsidR="001563F4" w:rsidRPr="00BD270C">
              <w:rPr>
                <w:rFonts w:ascii="BIZ UDP明朝 Medium" w:eastAsia="BIZ UDP明朝 Medium" w:hAnsi="BIZ UDP明朝 Medium"/>
                <w:sz w:val="32"/>
                <w:szCs w:val="36"/>
                <w:u w:val="single"/>
                <w:lang w:eastAsia="ja-JP"/>
              </w:rPr>
              <w:t>空地</w:t>
            </w:r>
          </w:rubyBase>
        </w:ruby>
      </w:r>
      <w:r w:rsidR="001563F4" w:rsidRPr="00BD270C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>）</w:t>
      </w:r>
      <w:r w:rsidR="00526A28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 xml:space="preserve"> </w:t>
      </w:r>
      <w:r w:rsidR="001563F4" w:rsidRPr="00BD270C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>の</w:t>
      </w:r>
      <w:r w:rsidR="00BF5321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 xml:space="preserve"> </w:t>
      </w:r>
      <w:r w:rsidR="001563F4" w:rsidRPr="00BD270C">
        <w:rPr>
          <w:rFonts w:ascii="BIZ UDP明朝 Medium" w:eastAsia="BIZ UDP明朝 Medium" w:hAnsi="BIZ UDP明朝 Medium"/>
          <w:sz w:val="32"/>
          <w:szCs w:val="36"/>
          <w:u w:val="single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563F4" w:rsidRPr="00BD270C">
              <w:rPr>
                <w:rFonts w:ascii="BIZ UDP明朝 Medium" w:eastAsia="BIZ UDP明朝 Medium" w:hAnsi="BIZ UDP明朝 Medium"/>
                <w:sz w:val="16"/>
                <w:szCs w:val="36"/>
                <w:u w:val="single"/>
                <w:lang w:eastAsia="ja-JP"/>
              </w:rPr>
              <w:t>そうだん</w:t>
            </w:r>
          </w:rt>
          <w:rubyBase>
            <w:r w:rsidR="001563F4" w:rsidRPr="00BD270C">
              <w:rPr>
                <w:rFonts w:ascii="BIZ UDP明朝 Medium" w:eastAsia="BIZ UDP明朝 Medium" w:hAnsi="BIZ UDP明朝 Medium"/>
                <w:sz w:val="32"/>
                <w:szCs w:val="36"/>
                <w:u w:val="single"/>
                <w:lang w:eastAsia="ja-JP"/>
              </w:rPr>
              <w:t>相談</w:t>
            </w:r>
          </w:rubyBase>
        </w:ruby>
      </w:r>
      <w:r w:rsidR="001563F4" w:rsidRPr="00BD270C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>を</w:t>
      </w:r>
      <w:r w:rsidR="00BF5321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 xml:space="preserve"> </w:t>
      </w:r>
      <w:r w:rsidR="001563F4" w:rsidRPr="00BD270C">
        <w:rPr>
          <w:rFonts w:ascii="BIZ UDP明朝 Medium" w:eastAsia="BIZ UDP明朝 Medium" w:hAnsi="BIZ UDP明朝 Medium" w:hint="eastAsia"/>
          <w:sz w:val="32"/>
          <w:szCs w:val="36"/>
          <w:u w:val="single"/>
          <w:lang w:eastAsia="ja-JP"/>
        </w:rPr>
        <w:t>ワンストップ</w:t>
      </w:r>
    </w:p>
    <w:p w14:paraId="1C3DF4C3" w14:textId="7628CA67" w:rsidR="00C9616F" w:rsidRPr="001563F4" w:rsidRDefault="001563F4">
      <w:pPr>
        <w:jc w:val="center"/>
        <w:rPr>
          <w:rFonts w:ascii="BIZ UDP明朝 Medium" w:eastAsia="BIZ UDP明朝 Medium" w:hAnsi="BIZ UDP明朝 Medium"/>
          <w:sz w:val="32"/>
          <w:szCs w:val="36"/>
          <w:lang w:eastAsia="ja-JP"/>
        </w:rPr>
      </w:pPr>
      <w:r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20"/>
                <w:szCs w:val="36"/>
                <w:lang w:eastAsia="ja-JP"/>
              </w:rPr>
              <w:t>えちぜんし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40"/>
                <w:szCs w:val="36"/>
                <w:lang w:eastAsia="ja-JP"/>
              </w:rPr>
              <w:t>越前市</w:t>
            </w:r>
          </w:rubyBase>
        </w:ruby>
      </w:r>
      <w:r w:rsidR="00A10852" w:rsidRPr="001563F4"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t xml:space="preserve"> </w:t>
      </w:r>
      <w:r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20"/>
                <w:szCs w:val="36"/>
                <w:lang w:eastAsia="ja-JP"/>
              </w:rPr>
              <w:t>たてもの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40"/>
                <w:szCs w:val="36"/>
                <w:lang w:eastAsia="ja-JP"/>
              </w:rPr>
              <w:t>建物</w:t>
            </w:r>
          </w:rubyBase>
        </w:ruby>
      </w:r>
      <w:r w:rsidR="00A10852" w:rsidRPr="001563F4"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t>（</w:t>
      </w:r>
      <w:r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20"/>
                <w:szCs w:val="36"/>
                <w:lang w:eastAsia="ja-JP"/>
              </w:rPr>
              <w:t>あきや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40"/>
                <w:szCs w:val="36"/>
                <w:lang w:eastAsia="ja-JP"/>
              </w:rPr>
              <w:t>空き家</w:t>
            </w:r>
          </w:rubyBase>
        </w:ruby>
      </w:r>
      <w:r w:rsidR="00A10852" w:rsidRPr="001563F4"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t>・</w:t>
      </w:r>
      <w:r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20"/>
                <w:szCs w:val="36"/>
                <w:lang w:eastAsia="ja-JP"/>
              </w:rPr>
              <w:t>あきち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40"/>
                <w:szCs w:val="36"/>
                <w:lang w:eastAsia="ja-JP"/>
              </w:rPr>
              <w:t>空き地</w:t>
            </w:r>
          </w:rubyBase>
        </w:ruby>
      </w:r>
      <w:r w:rsidR="00A10852" w:rsidRPr="001563F4"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t>）</w:t>
      </w:r>
      <w:r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20"/>
                <w:szCs w:val="36"/>
                <w:lang w:eastAsia="ja-JP"/>
              </w:rPr>
              <w:t>かつよう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40"/>
                <w:szCs w:val="36"/>
                <w:lang w:eastAsia="ja-JP"/>
              </w:rPr>
              <w:t>活用</w:t>
            </w:r>
          </w:rubyBase>
        </w:ruby>
      </w:r>
      <w:r w:rsidR="00A10852" w:rsidRPr="001563F4"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t>パートナー</w:t>
      </w:r>
      <w:r>
        <w:rPr>
          <w:rFonts w:ascii="BIZ UDP明朝 Medium" w:eastAsia="BIZ UDP明朝 Medium" w:hAnsi="BIZ UDP明朝 Medium"/>
          <w:b/>
          <w:sz w:val="40"/>
          <w:szCs w:val="36"/>
          <w:lang w:eastAsia="ja-JP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20"/>
                <w:szCs w:val="36"/>
                <w:lang w:eastAsia="ja-JP"/>
              </w:rPr>
              <w:t>じぎょうしょ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40"/>
                <w:szCs w:val="36"/>
                <w:lang w:eastAsia="ja-JP"/>
              </w:rPr>
              <w:t>事業所</w:t>
            </w:r>
          </w:rubyBase>
        </w:ruby>
      </w:r>
    </w:p>
    <w:p w14:paraId="0FE39FE7" w14:textId="4DDEA302" w:rsidR="00C9616F" w:rsidRPr="001563F4" w:rsidRDefault="001563F4">
      <w:pPr>
        <w:jc w:val="center"/>
        <w:rPr>
          <w:rFonts w:ascii="BIZ UDP明朝 Medium" w:eastAsia="BIZ UDP明朝 Medium" w:hAnsi="BIZ UDP明朝 Medium"/>
          <w:sz w:val="32"/>
          <w:szCs w:val="36"/>
          <w:lang w:eastAsia="ja-JP"/>
        </w:rPr>
      </w:pPr>
      <w:r>
        <w:rPr>
          <w:rFonts w:ascii="BIZ UDP明朝 Medium" w:eastAsia="BIZ UDP明朝 Medium" w:hAnsi="BIZ UDP明朝 Medium"/>
          <w:b/>
          <w:sz w:val="32"/>
          <w:szCs w:val="36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16"/>
                <w:szCs w:val="36"/>
                <w:lang w:eastAsia="ja-JP"/>
              </w:rPr>
              <w:t>はや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32"/>
                <w:szCs w:val="36"/>
                <w:lang w:eastAsia="ja-JP"/>
              </w:rPr>
              <w:t>早</w:t>
            </w:r>
          </w:rubyBase>
        </w:ruby>
      </w:r>
      <w:r w:rsidR="00A10852" w:rsidRPr="001563F4">
        <w:rPr>
          <w:rFonts w:ascii="BIZ UDP明朝 Medium" w:eastAsia="BIZ UDP明朝 Medium" w:hAnsi="BIZ UDP明朝 Medium"/>
          <w:b/>
          <w:sz w:val="32"/>
          <w:szCs w:val="36"/>
          <w:lang w:eastAsia="ja-JP"/>
        </w:rPr>
        <w:t>めに</w:t>
      </w:r>
      <w:r w:rsidR="00BF5321">
        <w:rPr>
          <w:rFonts w:ascii="BIZ UDP明朝 Medium" w:eastAsia="BIZ UDP明朝 Medium" w:hAnsi="BIZ UDP明朝 Medium" w:hint="eastAsia"/>
          <w:b/>
          <w:sz w:val="32"/>
          <w:szCs w:val="36"/>
          <w:lang w:eastAsia="ja-JP"/>
        </w:rPr>
        <w:t xml:space="preserve"> </w:t>
      </w:r>
      <w:r>
        <w:rPr>
          <w:rFonts w:ascii="BIZ UDP明朝 Medium" w:eastAsia="BIZ UDP明朝 Medium" w:hAnsi="BIZ UDP明朝 Medium"/>
          <w:b/>
          <w:sz w:val="32"/>
          <w:szCs w:val="36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16"/>
                <w:szCs w:val="36"/>
                <w:lang w:eastAsia="ja-JP"/>
              </w:rPr>
              <w:t>そうだん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32"/>
                <w:szCs w:val="36"/>
                <w:lang w:eastAsia="ja-JP"/>
              </w:rPr>
              <w:t>相談</w:t>
            </w:r>
          </w:rubyBase>
        </w:ruby>
      </w:r>
      <w:r w:rsidR="00A10852" w:rsidRPr="001563F4">
        <w:rPr>
          <w:rFonts w:ascii="BIZ UDP明朝 Medium" w:eastAsia="BIZ UDP明朝 Medium" w:hAnsi="BIZ UDP明朝 Medium"/>
          <w:b/>
          <w:sz w:val="32"/>
          <w:szCs w:val="36"/>
          <w:lang w:eastAsia="ja-JP"/>
        </w:rPr>
        <w:t>すると、</w:t>
      </w:r>
      <w:r>
        <w:rPr>
          <w:rFonts w:ascii="BIZ UDP明朝 Medium" w:eastAsia="BIZ UDP明朝 Medium" w:hAnsi="BIZ UDP明朝 Medium"/>
          <w:b/>
          <w:sz w:val="32"/>
          <w:szCs w:val="36"/>
          <w:lang w:eastAsia="ja-JP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563F4" w:rsidRPr="001563F4">
              <w:rPr>
                <w:rFonts w:ascii="BIZ UDP明朝 Medium" w:eastAsia="BIZ UDP明朝 Medium" w:hAnsi="BIZ UDP明朝 Medium"/>
                <w:b/>
                <w:sz w:val="16"/>
                <w:szCs w:val="36"/>
                <w:lang w:eastAsia="ja-JP"/>
              </w:rPr>
              <w:t>あんしん</w:t>
            </w:r>
          </w:rt>
          <w:rubyBase>
            <w:r w:rsidR="001563F4">
              <w:rPr>
                <w:rFonts w:ascii="BIZ UDP明朝 Medium" w:eastAsia="BIZ UDP明朝 Medium" w:hAnsi="BIZ UDP明朝 Medium"/>
                <w:b/>
                <w:sz w:val="32"/>
                <w:szCs w:val="36"/>
                <w:lang w:eastAsia="ja-JP"/>
              </w:rPr>
              <w:t>安心</w:t>
            </w:r>
          </w:rubyBase>
        </w:ruby>
      </w:r>
      <w:r w:rsidR="00BF5321">
        <w:rPr>
          <w:rFonts w:ascii="BIZ UDP明朝 Medium" w:eastAsia="BIZ UDP明朝 Medium" w:hAnsi="BIZ UDP明朝 Medium" w:hint="eastAsia"/>
          <w:b/>
          <w:sz w:val="32"/>
          <w:szCs w:val="36"/>
          <w:lang w:eastAsia="ja-JP"/>
        </w:rPr>
        <w:t xml:space="preserve"> </w:t>
      </w:r>
      <w:r w:rsidR="00A10852" w:rsidRPr="001563F4">
        <w:rPr>
          <w:rFonts w:ascii="BIZ UDP明朝 Medium" w:eastAsia="BIZ UDP明朝 Medium" w:hAnsi="BIZ UDP明朝 Medium"/>
          <w:b/>
          <w:sz w:val="32"/>
          <w:szCs w:val="36"/>
          <w:lang w:eastAsia="ja-JP"/>
        </w:rPr>
        <w:t>です。</w:t>
      </w:r>
    </w:p>
    <w:p w14:paraId="2A7A2A33" w14:textId="04363862" w:rsidR="00C9616F" w:rsidRPr="008B28E5" w:rsidRDefault="008B28E5">
      <w:pPr>
        <w:pStyle w:val="1"/>
        <w:rPr>
          <w:rFonts w:ascii="BIZ UDゴシック" w:eastAsia="BIZ UDゴシック" w:hAnsi="BIZ UDゴシック"/>
          <w:sz w:val="36"/>
          <w:szCs w:val="36"/>
          <w:lang w:eastAsia="ja-JP"/>
        </w:rPr>
      </w:pP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こんなことを</w:t>
      </w:r>
      <w:r w:rsidR="00BF5321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>
        <w:rPr>
          <w:rFonts w:ascii="BIZ UDゴシック" w:eastAsia="BIZ UDゴシック" w:hAnsi="BIZ UDゴシック"/>
          <w:sz w:val="36"/>
          <w:szCs w:val="36"/>
          <w:lang w:eastAsia="ja-JP"/>
        </w:rPr>
        <w:ruby>
          <w:rubyPr>
            <w:rubyAlign w:val="distributeSpace"/>
            <w:hps w:val="20"/>
            <w:hpsRaise w:val="34"/>
            <w:hpsBaseText w:val="36"/>
            <w:lid w:val="ja-JP"/>
          </w:rubyPr>
          <w:rt>
            <w:r w:rsidR="008B28E5" w:rsidRPr="008B28E5">
              <w:rPr>
                <w:rFonts w:ascii="BIZ UDゴシック" w:eastAsia="BIZ UDゴシック" w:hAnsi="BIZ UDゴシック"/>
                <w:sz w:val="20"/>
                <w:szCs w:val="36"/>
                <w:lang w:eastAsia="ja-JP"/>
              </w:rPr>
              <w:t>そうだん</w:t>
            </w:r>
          </w:rt>
          <w:rubyBase>
            <w:r w:rsidR="008B28E5">
              <w:rPr>
                <w:rFonts w:ascii="BIZ UDゴシック" w:eastAsia="BIZ UDゴシック" w:hAnsi="BIZ UDゴシック"/>
                <w:sz w:val="36"/>
                <w:szCs w:val="36"/>
                <w:lang w:eastAsia="ja-JP"/>
              </w:rPr>
              <w:t>相談</w:t>
            </w:r>
          </w:rubyBase>
        </w:ruby>
      </w:r>
      <w:r w:rsidR="00BF5321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できます</w:t>
      </w:r>
    </w:p>
    <w:p w14:paraId="2BB1B2BB" w14:textId="0F7D19AA" w:rsidR="00C9616F" w:rsidRPr="00DC01ED" w:rsidRDefault="00DC01ED">
      <w:pPr>
        <w:spacing w:after="60"/>
        <w:rPr>
          <w:rFonts w:ascii="BIZ UDP明朝 Medium" w:eastAsia="BIZ UDP明朝 Medium" w:hAnsi="BIZ UDP明朝 Medium"/>
          <w:b/>
          <w:sz w:val="24"/>
          <w:szCs w:val="28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・</w:t>
      </w:r>
      <w:r w:rsidR="00A10852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たてもの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建物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を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つか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使</w:t>
            </w:r>
          </w:rubyBase>
        </w:ruby>
      </w:r>
      <w:r w:rsidR="008B28E5" w:rsidRPr="008B28E5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う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: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う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売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る・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貸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す・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りふぉーむ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リフォーム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する・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たてもの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建物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を</w:t>
      </w:r>
      <w:r w:rsidR="00B45D7F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こわ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壊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して</w:t>
      </w:r>
      <w:r w:rsidR="00B45D7F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さらち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更地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にする</w:t>
      </w:r>
    </w:p>
    <w:p w14:paraId="5B227F5B" w14:textId="36AC38EB" w:rsidR="00C9616F" w:rsidRPr="008B28E5" w:rsidRDefault="00DC01ED">
      <w:pPr>
        <w:spacing w:after="6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・</w:t>
      </w:r>
      <w:r w:rsidR="00A10852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とち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土地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の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こと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：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とち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土地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を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はか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測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る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（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きょうかい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境界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を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き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決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める）</w:t>
      </w:r>
    </w:p>
    <w:p w14:paraId="557CB494" w14:textId="347AEBE3" w:rsidR="00C9616F" w:rsidRPr="008B28E5" w:rsidRDefault="00DC01ED">
      <w:pPr>
        <w:spacing w:after="6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・</w:t>
      </w:r>
      <w:r w:rsidR="00A10852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fldChar w:fldCharType="begin"/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instrText>EQ \* jc2 \* "Font:BIZ UDP明朝 Medium" \* hps14 \o\ad(\s\up 11(</w:instrText>
      </w:r>
      <w:r w:rsidR="008B28E5" w:rsidRPr="008B28E5">
        <w:rPr>
          <w:rFonts w:ascii="BIZ UDP明朝 Medium" w:eastAsia="BIZ UDP明朝 Medium" w:hAnsi="BIZ UDP明朝 Medium"/>
          <w:b/>
          <w:sz w:val="14"/>
          <w:szCs w:val="28"/>
          <w:lang w:eastAsia="ja-JP"/>
        </w:rPr>
        <w:instrText>あきや</w:instrTex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instrText>),</w:instrText>
      </w:r>
      <w:proofErr w:type="gramStart"/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instrText>空家</w:instrText>
      </w:r>
      <w:proofErr w:type="gramEnd"/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instrText>)</w:instrTex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fldChar w:fldCharType="end"/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の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かんり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管理</w:t>
            </w:r>
          </w:rubyBase>
        </w:ruby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：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fldChar w:fldCharType="begin"/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instrText>EQ \* jc2 \* "Font:BIZ UDP明朝 Medium" \* hps14 \o\ad(\s\up 11(</w:instrText>
      </w:r>
      <w:r w:rsidR="008B28E5" w:rsidRPr="008B28E5">
        <w:rPr>
          <w:rFonts w:ascii="BIZ UDP明朝 Medium" w:eastAsia="BIZ UDP明朝 Medium" w:hAnsi="BIZ UDP明朝 Medium"/>
          <w:sz w:val="14"/>
          <w:szCs w:val="28"/>
          <w:lang w:eastAsia="ja-JP"/>
        </w:rPr>
        <w:instrText>あきや</w:instrTex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instrText>),</w:instrText>
      </w:r>
      <w:proofErr w:type="gramStart"/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instrText>空家</w:instrText>
      </w:r>
      <w:proofErr w:type="gramEnd"/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instrText>)</w:instrTex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fldChar w:fldCharType="end"/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の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かんり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管理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を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代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わりに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してもらう</w:t>
      </w:r>
    </w:p>
    <w:p w14:paraId="2C286889" w14:textId="0E6CE6FE" w:rsidR="00C9616F" w:rsidRPr="008B28E5" w:rsidRDefault="00DC01ED">
      <w:pPr>
        <w:spacing w:after="6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・</w:t>
      </w:r>
      <w:r w:rsidR="00A10852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いえ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家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の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なか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中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の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せいり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整理</w:t>
            </w:r>
          </w:rubyBase>
        </w:ruby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：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かざい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家財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・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いひん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遺品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を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せいり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整理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する</w:t>
      </w:r>
    </w:p>
    <w:p w14:paraId="253F1049" w14:textId="0426FFA7" w:rsidR="00C9616F" w:rsidRPr="008B28E5" w:rsidRDefault="00DC01ED">
      <w:pPr>
        <w:spacing w:after="6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・</w:t>
      </w:r>
      <w:r w:rsidR="00A10852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そうぞく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相続</w:t>
            </w:r>
          </w:rubyBase>
        </w:ruby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：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そうぞく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相続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ついて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する・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そうぞく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相続</w:t>
            </w:r>
          </w:rubyBase>
        </w:ruby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とうき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登記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ついて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する</w:t>
      </w:r>
    </w:p>
    <w:p w14:paraId="7F60830D" w14:textId="513C4F3B" w:rsidR="00C9616F" w:rsidRPr="008B28E5" w:rsidRDefault="00DC01ED">
      <w:pPr>
        <w:spacing w:after="6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・</w:t>
      </w:r>
      <w:r w:rsidR="00A10852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ぜいきん</w:t>
            </w:r>
          </w:rt>
          <w:rubyBase>
            <w:r w:rsidR="008B28E5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税金</w:t>
            </w:r>
          </w:rubyBase>
        </w:ruby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：</w:t>
      </w:r>
      <w:r w:rsidR="00BF5321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そうぞくぜい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相続税</w:t>
            </w:r>
          </w:rubyBase>
        </w:ruby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などに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ついて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する</w:t>
      </w:r>
    </w:p>
    <w:p w14:paraId="34909551" w14:textId="37D7285A" w:rsidR="00C9616F" w:rsidRPr="008B28E5" w:rsidRDefault="008B28E5">
      <w:pPr>
        <w:pStyle w:val="1"/>
        <w:rPr>
          <w:rFonts w:ascii="BIZ UDゴシック" w:eastAsia="BIZ UDゴシック" w:hAnsi="BIZ UDゴシック"/>
          <w:sz w:val="36"/>
          <w:szCs w:val="36"/>
          <w:lang w:eastAsia="ja-JP"/>
        </w:rPr>
      </w:pP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どんなときに</w:t>
      </w:r>
      <w:r w:rsidR="001D7592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>
        <w:rPr>
          <w:rFonts w:ascii="BIZ UDゴシック" w:eastAsia="BIZ UDゴシック" w:hAnsi="BIZ UDゴシック"/>
          <w:sz w:val="36"/>
          <w:szCs w:val="36"/>
          <w:lang w:eastAsia="ja-JP"/>
        </w:rPr>
        <w:ruby>
          <w:rubyPr>
            <w:rubyAlign w:val="distributeSpace"/>
            <w:hps w:val="20"/>
            <w:hpsRaise w:val="34"/>
            <w:hpsBaseText w:val="36"/>
            <w:lid w:val="ja-JP"/>
          </w:rubyPr>
          <w:rt>
            <w:r w:rsidR="008B28E5" w:rsidRPr="008B28E5">
              <w:rPr>
                <w:rFonts w:ascii="BIZ UDゴシック" w:eastAsia="BIZ UDゴシック" w:hAnsi="BIZ UDゴシック"/>
                <w:sz w:val="20"/>
                <w:szCs w:val="36"/>
                <w:lang w:eastAsia="ja-JP"/>
              </w:rPr>
              <w:t>そうだん</w:t>
            </w:r>
          </w:rt>
          <w:rubyBase>
            <w:r w:rsidR="008B28E5">
              <w:rPr>
                <w:rFonts w:ascii="BIZ UDゴシック" w:eastAsia="BIZ UDゴシック" w:hAnsi="BIZ UDゴシック"/>
                <w:sz w:val="36"/>
                <w:szCs w:val="36"/>
                <w:lang w:eastAsia="ja-JP"/>
              </w:rPr>
              <w:t>相談</w:t>
            </w:r>
          </w:rubyBase>
        </w:ruby>
      </w:r>
      <w:r w:rsidR="001D7592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したらいい？</w:t>
      </w:r>
    </w:p>
    <w:p w14:paraId="53C99035" w14:textId="7C7C9FEF" w:rsidR="00C9616F" w:rsidRPr="00526A28" w:rsidRDefault="00526A28" w:rsidP="001D6D89">
      <w:pPr>
        <w:ind w:firstLineChars="100" w:firstLine="24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じたく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自宅</w:t>
            </w:r>
          </w:rubyBase>
        </w:ruby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や</w:t>
      </w:r>
      <w:r w:rsidR="001D7592" w:rsidRPr="00526A28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じっ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実</w:t>
            </w:r>
          </w:rubyBase>
        </w:ruby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か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家</w:t>
            </w:r>
          </w:rubyBase>
        </w:ruby>
      </w:r>
      <w:r w:rsidR="001D7592" w:rsidRPr="00526A28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などの</w:t>
      </w:r>
      <w:r w:rsidR="001D7592" w:rsidRPr="00526A28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たてもの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建物</w:t>
            </w:r>
          </w:rubyBase>
        </w:ruby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・</w:t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とち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土地</w:t>
            </w:r>
          </w:rubyBase>
        </w:ruby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を、</w:t>
      </w:r>
      <w:r w:rsidR="001D7592" w:rsidRPr="00526A28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「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う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売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りたい」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「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貸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したい」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「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つか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使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いたい」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など、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ぐたいてき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具体的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かんが</w:t>
            </w:r>
          </w:rt>
          <w:rubyBase>
            <w:r w:rsidR="00526A28" w:rsidRP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考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えて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いる</w:t>
      </w:r>
      <w:r w:rsidR="00A10852"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ときに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してください</w:t>
      </w:r>
      <w:r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。</w:t>
      </w:r>
      <w:r w:rsidR="00324B03"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br/>
      </w:r>
      <w:r w:rsidR="001D6D89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　</w:t>
      </w:r>
      <w:r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いま</w:t>
            </w:r>
          </w:rt>
          <w:rubyBase>
            <w:r w:rsid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今</w:t>
            </w:r>
          </w:rubyBase>
        </w:ruby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すぐ</w:t>
      </w:r>
      <w:r w:rsidR="001D7592" w:rsidRPr="00526A28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ではなくても、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ちか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近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いうちに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う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売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る・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貸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す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などの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よてい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予定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が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ある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ばあい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場合</w:t>
            </w:r>
          </w:rubyBase>
        </w:ruby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も</w:t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1D7592" w:rsidRPr="00526A2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526A28">
        <w:rPr>
          <w:rFonts w:ascii="BIZ UDP明朝 Medium" w:eastAsia="BIZ UDP明朝 Medium" w:hAnsi="BIZ UDP明朝 Medium"/>
          <w:sz w:val="24"/>
          <w:szCs w:val="28"/>
          <w:lang w:eastAsia="ja-JP"/>
        </w:rPr>
        <w:t>できます。</w:t>
      </w:r>
    </w:p>
    <w:p w14:paraId="76AE1DF0" w14:textId="7EB82211" w:rsidR="00C9616F" w:rsidRPr="008B28E5" w:rsidRDefault="008B28E5">
      <w:pPr>
        <w:pStyle w:val="1"/>
        <w:rPr>
          <w:rFonts w:ascii="BIZ UDゴシック" w:eastAsia="BIZ UDゴシック" w:hAnsi="BIZ UDゴシック"/>
          <w:sz w:val="36"/>
          <w:szCs w:val="36"/>
          <w:lang w:eastAsia="ja-JP"/>
        </w:rPr>
      </w:pPr>
      <w:r>
        <w:rPr>
          <w:rFonts w:ascii="BIZ UDゴシック" w:eastAsia="BIZ UDゴシック" w:hAnsi="BIZ UDゴシック"/>
          <w:sz w:val="36"/>
          <w:szCs w:val="36"/>
          <w:lang w:eastAsia="ja-JP"/>
        </w:rPr>
        <w:ruby>
          <w:rubyPr>
            <w:rubyAlign w:val="distributeSpace"/>
            <w:hps w:val="20"/>
            <w:hpsRaise w:val="34"/>
            <w:hpsBaseText w:val="36"/>
            <w:lid w:val="ja-JP"/>
          </w:rubyPr>
          <w:rt>
            <w:r w:rsidR="008B28E5" w:rsidRPr="008B28E5">
              <w:rPr>
                <w:rFonts w:ascii="BIZ UDゴシック" w:eastAsia="BIZ UDゴシック" w:hAnsi="BIZ UDゴシック"/>
                <w:sz w:val="20"/>
                <w:szCs w:val="36"/>
                <w:lang w:eastAsia="ja-JP"/>
              </w:rPr>
              <w:t>えちぜんし</w:t>
            </w:r>
          </w:rt>
          <w:rubyBase>
            <w:r w:rsidR="008B28E5">
              <w:rPr>
                <w:rFonts w:ascii="BIZ UDゴシック" w:eastAsia="BIZ UDゴシック" w:hAnsi="BIZ UDゴシック"/>
                <w:sz w:val="36"/>
                <w:szCs w:val="36"/>
                <w:lang w:eastAsia="ja-JP"/>
              </w:rPr>
              <w:t>越前市</w:t>
            </w:r>
          </w:rubyBase>
        </w:ruby>
      </w: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の</w:t>
      </w:r>
      <w:r w:rsidR="001D7592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>
        <w:rPr>
          <w:rFonts w:ascii="BIZ UDゴシック" w:eastAsia="BIZ UDゴシック" w:hAnsi="BIZ UDゴシック"/>
          <w:sz w:val="36"/>
          <w:szCs w:val="36"/>
          <w:lang w:eastAsia="ja-JP"/>
        </w:rPr>
        <w:t>パートナー</w:t>
      </w:r>
      <w:r>
        <w:rPr>
          <w:rFonts w:ascii="BIZ UDゴシック" w:eastAsia="BIZ UDゴシック" w:hAnsi="BIZ UDゴシック"/>
          <w:sz w:val="36"/>
          <w:szCs w:val="36"/>
          <w:lang w:eastAsia="ja-JP"/>
        </w:rPr>
        <w:ruby>
          <w:rubyPr>
            <w:rubyAlign w:val="distributeSpace"/>
            <w:hps w:val="20"/>
            <w:hpsRaise w:val="34"/>
            <w:hpsBaseText w:val="36"/>
            <w:lid w:val="ja-JP"/>
          </w:rubyPr>
          <w:rt>
            <w:r w:rsidR="008B28E5" w:rsidRPr="008B28E5">
              <w:rPr>
                <w:rFonts w:ascii="BIZ UDゴシック" w:eastAsia="BIZ UDゴシック" w:hAnsi="BIZ UDゴシック"/>
                <w:sz w:val="20"/>
                <w:szCs w:val="36"/>
                <w:lang w:eastAsia="ja-JP"/>
              </w:rPr>
              <w:t>じぎょうしょ</w:t>
            </w:r>
          </w:rt>
          <w:rubyBase>
            <w:r w:rsidR="008B28E5">
              <w:rPr>
                <w:rFonts w:ascii="BIZ UDゴシック" w:eastAsia="BIZ UDゴシック" w:hAnsi="BIZ UDゴシック"/>
                <w:sz w:val="36"/>
                <w:szCs w:val="36"/>
                <w:lang w:eastAsia="ja-JP"/>
              </w:rPr>
              <w:t>事業所</w:t>
            </w:r>
          </w:rubyBase>
        </w:ruby>
      </w:r>
      <w:r w:rsidR="001D7592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とは？</w:t>
      </w:r>
    </w:p>
    <w:p w14:paraId="10BF747B" w14:textId="2B86821C" w:rsidR="00C9616F" w:rsidRPr="008B28E5" w:rsidRDefault="00526A28" w:rsidP="001D6D89">
      <w:pPr>
        <w:ind w:firstLineChars="100" w:firstLine="24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えちぜんし</w:t>
            </w:r>
          </w:rt>
          <w:rubyBase>
            <w:r w:rsid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越前市</w:t>
            </w:r>
          </w:rubyBase>
        </w:ruby>
      </w:r>
      <w:r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と</w:t>
      </w:r>
      <w:r w:rsidR="001D7592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きょうりょく</w:t>
            </w:r>
          </w:rt>
          <w:rubyBase>
            <w:r w:rsid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協力</w:t>
            </w:r>
          </w:rubyBase>
        </w:ruby>
      </w:r>
      <w:r w:rsidRPr="008B28E5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>して</w:t>
      </w:r>
      <w:r w:rsidR="001D7592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しごと</w:t>
            </w:r>
          </w:rt>
          <w:rubyBase>
            <w:r w:rsid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仕事</w:t>
            </w:r>
          </w:rubyBase>
        </w:ruby>
      </w:r>
      <w:r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を</w:t>
      </w:r>
      <w:r w:rsidR="001D7592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している、</w:t>
      </w:r>
      <w:r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えちぜんし</w:t>
            </w:r>
          </w:rt>
          <w:rubyBase>
            <w:r w:rsid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越前市</w:t>
            </w:r>
          </w:rubyBase>
        </w:ruby>
      </w:r>
      <w:r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の</w:t>
      </w:r>
      <w:r w:rsidR="001D7592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ふどうさんじ</w:t>
            </w:r>
          </w:rt>
          <w:rubyBase>
            <w:r w:rsid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不動産事</w:t>
            </w:r>
          </w:rubyBase>
        </w:ruby>
      </w:r>
      <w:r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b/>
                <w:sz w:val="14"/>
                <w:szCs w:val="28"/>
                <w:lang w:eastAsia="ja-JP"/>
              </w:rPr>
              <w:t>ぎょうしゃ</w:t>
            </w:r>
          </w:rt>
          <w:rubyBase>
            <w:r w:rsidR="00526A28">
              <w:rPr>
                <w:rFonts w:ascii="BIZ UDP明朝 Medium" w:eastAsia="BIZ UDP明朝 Medium" w:hAnsi="BIZ UDP明朝 Medium"/>
                <w:b/>
                <w:sz w:val="24"/>
                <w:szCs w:val="28"/>
                <w:lang w:eastAsia="ja-JP"/>
              </w:rPr>
              <w:t>業者</w:t>
            </w:r>
          </w:rubyBase>
        </w:ruby>
      </w:r>
      <w:r w:rsidR="001D7592">
        <w:rPr>
          <w:rFonts w:ascii="BIZ UDP明朝 Medium" w:eastAsia="BIZ UDP明朝 Medium" w:hAnsi="BIZ UDP明朝 Medium" w:hint="eastAsia"/>
          <w:b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b/>
          <w:sz w:val="24"/>
          <w:szCs w:val="28"/>
          <w:lang w:eastAsia="ja-JP"/>
        </w:rPr>
        <w:t>です。</w:t>
      </w:r>
      <w:r w:rsidR="00A10852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fldChar w:fldCharType="begin"/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instrText>EQ \* jc2 \* "Font:BIZ UDP明朝 Medium" \* hps14 \o\ad(\s\up 11(</w:instrText>
      </w:r>
      <w:r w:rsidRPr="00526A28">
        <w:rPr>
          <w:rFonts w:ascii="BIZ UDP明朝 Medium" w:eastAsia="BIZ UDP明朝 Medium" w:hAnsi="BIZ UDP明朝 Medium"/>
          <w:sz w:val="14"/>
          <w:szCs w:val="28"/>
          <w:lang w:eastAsia="ja-JP"/>
        </w:rPr>
        <w:instrText>あきや</w:instrTex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instrText>),</w:instrText>
      </w:r>
      <w:proofErr w:type="gramStart"/>
      <w:r>
        <w:rPr>
          <w:rFonts w:ascii="BIZ UDP明朝 Medium" w:eastAsia="BIZ UDP明朝 Medium" w:hAnsi="BIZ UDP明朝 Medium"/>
          <w:sz w:val="24"/>
          <w:szCs w:val="28"/>
          <w:lang w:eastAsia="ja-JP"/>
        </w:rPr>
        <w:instrText>空家</w:instrText>
      </w:r>
      <w:proofErr w:type="gramEnd"/>
      <w:r>
        <w:rPr>
          <w:rFonts w:ascii="BIZ UDP明朝 Medium" w:eastAsia="BIZ UDP明朝 Medium" w:hAnsi="BIZ UDP明朝 Medium"/>
          <w:sz w:val="24"/>
          <w:szCs w:val="28"/>
          <w:lang w:eastAsia="ja-JP"/>
        </w:rPr>
        <w:instrText>)</w:instrTex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fldChar w:fldCharType="end"/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や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あきち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空地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ついて、いろいろな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が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できます。</w:t>
      </w:r>
    </w:p>
    <w:p w14:paraId="1BE44291" w14:textId="2FE893F2" w:rsidR="00C9616F" w:rsidRPr="008B28E5" w:rsidRDefault="008B28E5">
      <w:pPr>
        <w:pStyle w:val="1"/>
        <w:rPr>
          <w:rFonts w:ascii="BIZ UDゴシック" w:eastAsia="BIZ UDゴシック" w:hAnsi="BIZ UDゴシック"/>
          <w:sz w:val="36"/>
          <w:szCs w:val="36"/>
          <w:lang w:eastAsia="ja-JP"/>
        </w:rPr>
      </w:pPr>
      <w:r>
        <w:rPr>
          <w:rFonts w:ascii="BIZ UDゴシック" w:eastAsia="BIZ UDゴシック" w:hAnsi="BIZ UDゴシック"/>
          <w:sz w:val="36"/>
          <w:szCs w:val="36"/>
          <w:lang w:eastAsia="ja-JP"/>
        </w:rPr>
        <w:ruby>
          <w:rubyPr>
            <w:rubyAlign w:val="distributeSpace"/>
            <w:hps w:val="20"/>
            <w:hpsRaise w:val="34"/>
            <w:hpsBaseText w:val="36"/>
            <w:lid w:val="ja-JP"/>
          </w:rubyPr>
          <w:rt>
            <w:r w:rsidR="008B28E5" w:rsidRPr="008B28E5">
              <w:rPr>
                <w:rFonts w:ascii="BIZ UDゴシック" w:eastAsia="BIZ UDゴシック" w:hAnsi="BIZ UDゴシック"/>
                <w:sz w:val="20"/>
                <w:szCs w:val="36"/>
                <w:lang w:eastAsia="ja-JP"/>
              </w:rPr>
              <w:t>そうだん</w:t>
            </w:r>
          </w:rt>
          <w:rubyBase>
            <w:r w:rsidR="008B28E5">
              <w:rPr>
                <w:rFonts w:ascii="BIZ UDゴシック" w:eastAsia="BIZ UDゴシック" w:hAnsi="BIZ UDゴシック"/>
                <w:sz w:val="36"/>
                <w:szCs w:val="36"/>
                <w:lang w:eastAsia="ja-JP"/>
              </w:rPr>
              <w:t>相談</w:t>
            </w:r>
          </w:rubyBase>
        </w:ruby>
      </w: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する</w:t>
      </w:r>
      <w:r w:rsidR="001D7592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ときの</w:t>
      </w:r>
      <w:r w:rsidR="001D7592">
        <w:rPr>
          <w:rFonts w:ascii="BIZ UDゴシック" w:eastAsia="BIZ UDゴシック" w:hAnsi="BIZ UDゴシック" w:hint="eastAsia"/>
          <w:sz w:val="36"/>
          <w:szCs w:val="36"/>
          <w:lang w:eastAsia="ja-JP"/>
        </w:rPr>
        <w:t xml:space="preserve"> </w:t>
      </w:r>
      <w:r>
        <w:rPr>
          <w:rFonts w:ascii="BIZ UDゴシック" w:eastAsia="BIZ UDゴシック" w:hAnsi="BIZ UDゴシック"/>
          <w:sz w:val="36"/>
          <w:szCs w:val="36"/>
          <w:lang w:eastAsia="ja-JP"/>
        </w:rPr>
        <w:ruby>
          <w:rubyPr>
            <w:rubyAlign w:val="distributeSpace"/>
            <w:hps w:val="20"/>
            <w:hpsRaise w:val="34"/>
            <w:hpsBaseText w:val="36"/>
            <w:lid w:val="ja-JP"/>
          </w:rubyPr>
          <w:rt>
            <w:r w:rsidR="008B28E5" w:rsidRPr="008B28E5">
              <w:rPr>
                <w:rFonts w:ascii="BIZ UDゴシック" w:eastAsia="BIZ UDゴシック" w:hAnsi="BIZ UDゴシック"/>
                <w:sz w:val="20"/>
                <w:szCs w:val="36"/>
                <w:lang w:eastAsia="ja-JP"/>
              </w:rPr>
              <w:t>ちゅうい</w:t>
            </w:r>
          </w:rt>
          <w:rubyBase>
            <w:r w:rsidR="008B28E5">
              <w:rPr>
                <w:rFonts w:ascii="BIZ UDゴシック" w:eastAsia="BIZ UDゴシック" w:hAnsi="BIZ UDゴシック"/>
                <w:sz w:val="36"/>
                <w:szCs w:val="36"/>
                <w:lang w:eastAsia="ja-JP"/>
              </w:rPr>
              <w:t>注意</w:t>
            </w:r>
          </w:rubyBase>
        </w:ruby>
      </w:r>
    </w:p>
    <w:p w14:paraId="1EDA6AC7" w14:textId="0ECDFED7" w:rsidR="00C9616F" w:rsidRPr="008B28E5" w:rsidRDefault="00526A28" w:rsidP="001D6D89">
      <w:pPr>
        <w:ind w:firstLineChars="100" w:firstLine="24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/>
          <w:sz w:val="24"/>
          <w:szCs w:val="28"/>
          <w:lang w:eastAsia="ja-JP"/>
        </w:rPr>
        <w:t>パートナー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じぎょうしょ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事業所</w:t>
            </w:r>
          </w:rubyBase>
        </w:ruby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するときは、いつから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お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かね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金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（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ひよう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費用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）が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かかるのかを、それぞれの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じぎょうしょ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事業所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かくにん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確認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してください。</w:t>
      </w:r>
    </w:p>
    <w:p w14:paraId="3C3F0D50" w14:textId="053D6C4E" w:rsidR="00C9616F" w:rsidRPr="008B28E5" w:rsidRDefault="00526A28" w:rsidP="001D6D89">
      <w:pPr>
        <w:ind w:firstLineChars="100" w:firstLine="240"/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そうぞく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相続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や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とち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土地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の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きょうかい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境界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など、いくつかの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もんだい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問題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が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かんけい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関係</w:t>
            </w:r>
          </w:rubyBase>
        </w:ruby>
      </w:r>
      <w:r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していて、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かいけつ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解決</w:t>
            </w:r>
          </w:rubyBase>
        </w:ruby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ほうほう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方法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を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かんが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考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える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ひつよう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必要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が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ある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ばあい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場合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は、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えちぜんし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越前市</w:t>
            </w:r>
          </w:rubyBase>
        </w:ruby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やくしょ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役所</w:t>
            </w:r>
          </w:rubyBase>
        </w:ruby>
      </w:r>
      <w:r w:rsidR="00A10852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 xml:space="preserve"> </w:t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Letter"/>
            <w:hps w:val="14"/>
            <w:hpsRaise w:val="22"/>
            <w:hpsBaseText w:val="24"/>
            <w:lid w:val="ja-JP"/>
          </w:rubyPr>
          <w:rt>
            <w:r w:rsidR="001D6D89" w:rsidRPr="001D6D89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けんちく</w:t>
            </w:r>
          </w:rt>
          <w:rubyBase>
            <w:r w:rsidR="001D6D89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建築</w:t>
            </w:r>
          </w:rubyBase>
        </w:ruby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Letter"/>
            <w:hps w:val="14"/>
            <w:hpsRaise w:val="22"/>
            <w:hpsBaseText w:val="24"/>
            <w:lid w:val="ja-JP"/>
          </w:rubyPr>
          <w:rt>
            <w:r w:rsidR="001D6D89" w:rsidRPr="001D6D89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じゅうたくか</w:t>
            </w:r>
          </w:rt>
          <w:rubyBase>
            <w:r w:rsidR="001D6D89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住宅課</w:t>
            </w:r>
          </w:rubyBase>
        </w:ruby>
      </w:r>
      <w:r w:rsidR="001D6D89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26A28" w:rsidRPr="00526A28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526A28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8B28E5"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してください。</w:t>
      </w:r>
    </w:p>
    <w:p w14:paraId="59EE98AB" w14:textId="0558B675" w:rsidR="00C9616F" w:rsidRPr="008B28E5" w:rsidRDefault="008B28E5">
      <w:pPr>
        <w:pStyle w:val="1"/>
        <w:rPr>
          <w:rFonts w:ascii="BIZ UDゴシック" w:eastAsia="BIZ UDゴシック" w:hAnsi="BIZ UDゴシック"/>
          <w:sz w:val="36"/>
          <w:szCs w:val="36"/>
          <w:lang w:eastAsia="ja-JP"/>
        </w:rPr>
      </w:pPr>
      <w:r w:rsidRPr="008B28E5">
        <w:rPr>
          <w:rFonts w:ascii="BIZ UDゴシック" w:eastAsia="BIZ UDゴシック" w:hAnsi="BIZ UDゴシック"/>
          <w:sz w:val="36"/>
          <w:szCs w:val="36"/>
          <w:lang w:eastAsia="ja-JP"/>
        </w:rPr>
        <w:t>パートナー</w:t>
      </w:r>
      <w:r>
        <w:rPr>
          <w:rFonts w:ascii="BIZ UDゴシック" w:eastAsia="BIZ UDゴシック" w:hAnsi="BIZ UDゴシック"/>
          <w:sz w:val="36"/>
          <w:szCs w:val="36"/>
          <w:lang w:eastAsia="ja-JP"/>
        </w:rPr>
        <w:ruby>
          <w:rubyPr>
            <w:rubyAlign w:val="distributeSpace"/>
            <w:hps w:val="20"/>
            <w:hpsRaise w:val="34"/>
            <w:hpsBaseText w:val="36"/>
            <w:lid w:val="ja-JP"/>
          </w:rubyPr>
          <w:rt>
            <w:r w:rsidR="008B28E5" w:rsidRPr="008B28E5">
              <w:rPr>
                <w:rFonts w:ascii="BIZ UDゴシック" w:eastAsia="BIZ UDゴシック" w:hAnsi="BIZ UDゴシック"/>
                <w:sz w:val="20"/>
                <w:szCs w:val="36"/>
                <w:lang w:eastAsia="ja-JP"/>
              </w:rPr>
              <w:t>じぎょうしょ</w:t>
            </w:r>
          </w:rt>
          <w:rubyBase>
            <w:r w:rsidR="008B28E5">
              <w:rPr>
                <w:rFonts w:ascii="BIZ UDゴシック" w:eastAsia="BIZ UDゴシック" w:hAnsi="BIZ UDゴシック"/>
                <w:sz w:val="36"/>
                <w:szCs w:val="36"/>
                <w:lang w:eastAsia="ja-JP"/>
              </w:rPr>
              <w:t>事業所</w:t>
            </w:r>
          </w:rubyBase>
        </w:ruby>
      </w:r>
    </w:p>
    <w:p w14:paraId="18B762F7" w14:textId="1ADCAF78" w:rsidR="00BF5321" w:rsidRDefault="008B28E5" w:rsidP="001D6D89">
      <w:pPr>
        <w:rPr>
          <w:rFonts w:ascii="BIZ UDP明朝 Medium" w:eastAsia="BIZ UDP明朝 Medium" w:hAnsi="BIZ UDP明朝 Medium"/>
          <w:sz w:val="24"/>
          <w:szCs w:val="28"/>
          <w:lang w:eastAsia="ja-JP"/>
        </w:rPr>
      </w:pP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つぎ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次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の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じぎょうしょ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事業所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そうだん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相談</w:t>
            </w:r>
          </w:rubyBase>
        </w:ruby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できます。</w:t>
      </w:r>
      <w:r w:rsidR="00DC01ED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　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できる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しごと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仕事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は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じぎょうしょ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事業所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に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よって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8B28E5" w:rsidRPr="008B28E5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ちが</w:t>
            </w:r>
          </w:rt>
          <w:rubyBase>
            <w:r w:rsidR="008B28E5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違</w:t>
            </w:r>
          </w:rubyBase>
        </w:ruby>
      </w:r>
      <w:r w:rsidRPr="008B28E5">
        <w:rPr>
          <w:rFonts w:ascii="BIZ UDP明朝 Medium" w:eastAsia="BIZ UDP明朝 Medium" w:hAnsi="BIZ UDP明朝 Medium"/>
          <w:sz w:val="24"/>
          <w:szCs w:val="28"/>
          <w:lang w:eastAsia="ja-JP"/>
        </w:rPr>
        <w:t>います。</w:t>
      </w:r>
      <w:r w:rsidR="00BF5321">
        <w:rPr>
          <w:rFonts w:ascii="BIZ UDP明朝 Medium" w:eastAsia="BIZ UDP明朝 Medium" w:hAnsi="BIZ UDP明朝 Medium"/>
          <w:sz w:val="24"/>
          <w:szCs w:val="28"/>
          <w:lang w:eastAsia="ja-JP"/>
        </w:rPr>
        <w:br/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t>※●</w:t>
      </w:r>
      <w:r w:rsidR="001D6D89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は</w:t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1D6D89" w:rsidRPr="001D6D89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とりあつか</w:t>
            </w:r>
          </w:rt>
          <w:rubyBase>
            <w:r w:rsidR="001D6D89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取扱</w:t>
            </w:r>
          </w:rubyBase>
        </w:ruby>
      </w:r>
      <w:r w:rsidR="001D6D89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い</w:t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1D6D89" w:rsidRPr="001D6D89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ぎょうむ</w:t>
            </w:r>
          </w:rt>
          <w:rubyBase>
            <w:r w:rsidR="001D6D89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業務</w:t>
            </w:r>
          </w:rubyBase>
        </w:ruby>
      </w:r>
      <w:r w:rsidR="00ED169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です。</w:t>
      </w:r>
      <w:r w:rsidR="00BF5321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　</w:t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t>〇</w:t>
      </w:r>
      <w:r w:rsidR="001D6D89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は</w:t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1D6D89" w:rsidRPr="001D6D89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きょうりょくじ</w:t>
            </w:r>
          </w:rt>
          <w:rubyBase>
            <w:r w:rsidR="001D6D89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協力事</w:t>
            </w:r>
          </w:rubyBase>
        </w:ruby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1D6D89" w:rsidRPr="001D6D89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ぎょうしゃ</w:t>
            </w:r>
          </w:rt>
          <w:rubyBase>
            <w:r w:rsidR="001D6D89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業者</w:t>
            </w:r>
          </w:rubyBase>
        </w:ruby>
      </w:r>
      <w:r w:rsidR="001D6D89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の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1D6D89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1D6D89" w:rsidRPr="001D6D89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しょうかい</w:t>
            </w:r>
          </w:rt>
          <w:rubyBase>
            <w:r w:rsidR="001D6D89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紹介</w:t>
            </w:r>
          </w:rubyBase>
        </w:ruby>
      </w:r>
      <w:r w:rsidR="001D6D89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が</w:t>
      </w:r>
      <w:r w:rsidR="001D7592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 </w:t>
      </w:r>
      <w:r w:rsidR="001D6D89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できます</w:t>
      </w:r>
      <w:r w:rsidR="00ED1698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>。</w:t>
      </w:r>
    </w:p>
    <w:p w14:paraId="71C392EC" w14:textId="62AF1C1B" w:rsidR="002F6C87" w:rsidRPr="008B28E5" w:rsidRDefault="002F6C87" w:rsidP="001D6D89">
      <w:pPr>
        <w:rPr>
          <w:rFonts w:ascii="BIZ UDP明朝 Medium" w:eastAsia="BIZ UDP明朝 Medium" w:hAnsi="BIZ UDP明朝 Medium" w:hint="eastAsia"/>
          <w:sz w:val="24"/>
          <w:szCs w:val="28"/>
          <w:lang w:eastAsia="ja-JP"/>
        </w:rPr>
      </w:pPr>
      <w:r w:rsidRPr="002F6C87">
        <w:drawing>
          <wp:inline distT="0" distB="0" distL="0" distR="0" wp14:anchorId="70AAB797" wp14:editId="289D65CC">
            <wp:extent cx="6477000" cy="6928574"/>
            <wp:effectExtent l="0" t="0" r="0" b="5715"/>
            <wp:docPr id="147624395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43" cy="693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A02BB" w14:textId="527F9FDC" w:rsidR="008B28E5" w:rsidRPr="00DC01ED" w:rsidRDefault="001D6D89">
      <w:pPr>
        <w:rPr>
          <w:rFonts w:ascii="BIZ UDP明朝 Medium" w:eastAsia="BIZ UDP明朝 Medium" w:hAnsi="BIZ UDP明朝 Medium"/>
          <w:sz w:val="28"/>
          <w:szCs w:val="32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8"/>
          <w:szCs w:val="32"/>
          <w:lang w:eastAsia="ja-JP"/>
        </w:rPr>
        <w:lastRenderedPageBreak/>
        <w:t>≪</w:t>
      </w:r>
      <w:r w:rsidR="00A970D8">
        <w:rPr>
          <w:rFonts w:ascii="BIZ UDP明朝 Medium" w:eastAsia="BIZ UDP明朝 Medium" w:hAnsi="BIZ UDP明朝 Medium"/>
          <w:b/>
          <w:sz w:val="28"/>
          <w:szCs w:val="32"/>
          <w:lang w:eastAsia="ja-JP"/>
        </w:rPr>
        <w:ruby>
          <w:rubyPr>
            <w:rubyAlign w:val="distributeSpace"/>
            <w:hps w:val="18"/>
            <w:hpsRaise w:val="26"/>
            <w:hpsBaseText w:val="28"/>
            <w:lid w:val="ja-JP"/>
          </w:rubyPr>
          <w:rt>
            <w:r w:rsidR="00A970D8" w:rsidRPr="00A970D8">
              <w:rPr>
                <w:rFonts w:ascii="BIZ UDP明朝 Medium" w:eastAsia="BIZ UDP明朝 Medium" w:hAnsi="BIZ UDP明朝 Medium"/>
                <w:b/>
                <w:sz w:val="18"/>
                <w:szCs w:val="32"/>
                <w:lang w:eastAsia="ja-JP"/>
              </w:rPr>
              <w:t>お</w:t>
            </w:r>
          </w:rt>
          <w:rubyBase>
            <w:r w:rsidR="00A970D8">
              <w:rPr>
                <w:rFonts w:ascii="BIZ UDP明朝 Medium" w:eastAsia="BIZ UDP明朝 Medium" w:hAnsi="BIZ UDP明朝 Medium"/>
                <w:b/>
                <w:sz w:val="28"/>
                <w:szCs w:val="32"/>
                <w:lang w:eastAsia="ja-JP"/>
              </w:rPr>
              <w:t>お</w:t>
            </w:r>
          </w:rubyBase>
        </w:ruby>
      </w:r>
      <w:r w:rsidR="00A970D8">
        <w:rPr>
          <w:rFonts w:ascii="BIZ UDP明朝 Medium" w:eastAsia="BIZ UDP明朝 Medium" w:hAnsi="BIZ UDP明朝 Medium"/>
          <w:b/>
          <w:sz w:val="28"/>
          <w:szCs w:val="32"/>
          <w:lang w:eastAsia="ja-JP"/>
        </w:rPr>
        <w:ruby>
          <w:rubyPr>
            <w:rubyAlign w:val="distributeSpace"/>
            <w:hps w:val="18"/>
            <w:hpsRaise w:val="26"/>
            <w:hpsBaseText w:val="28"/>
            <w:lid w:val="ja-JP"/>
          </w:rubyPr>
          <w:rt>
            <w:r w:rsidR="00A970D8" w:rsidRPr="00A970D8">
              <w:rPr>
                <w:rFonts w:ascii="BIZ UDP明朝 Medium" w:eastAsia="BIZ UDP明朝 Medium" w:hAnsi="BIZ UDP明朝 Medium"/>
                <w:b/>
                <w:sz w:val="18"/>
                <w:szCs w:val="32"/>
                <w:lang w:eastAsia="ja-JP"/>
              </w:rPr>
              <w:t>といあわせさき</w:t>
            </w:r>
          </w:rt>
          <w:rubyBase>
            <w:r w:rsidR="00A970D8">
              <w:rPr>
                <w:rFonts w:ascii="BIZ UDP明朝 Medium" w:eastAsia="BIZ UDP明朝 Medium" w:hAnsi="BIZ UDP明朝 Medium"/>
                <w:b/>
                <w:sz w:val="28"/>
                <w:szCs w:val="32"/>
                <w:lang w:eastAsia="ja-JP"/>
              </w:rPr>
              <w:t>問い合せ先</w:t>
            </w:r>
          </w:rubyBase>
        </w:ruby>
      </w:r>
      <w:r>
        <w:rPr>
          <w:rFonts w:ascii="BIZ UDP明朝 Medium" w:eastAsia="BIZ UDP明朝 Medium" w:hAnsi="BIZ UDP明朝 Medium" w:hint="eastAsia"/>
          <w:b/>
          <w:sz w:val="28"/>
          <w:szCs w:val="32"/>
          <w:lang w:eastAsia="ja-JP"/>
        </w:rPr>
        <w:t>≫</w:t>
      </w:r>
      <w:r w:rsidR="00A10852" w:rsidRPr="00DC01ED">
        <w:rPr>
          <w:rFonts w:ascii="BIZ UDP明朝 Medium" w:eastAsia="BIZ UDP明朝 Medium" w:hAnsi="BIZ UDP明朝 Medium"/>
          <w:sz w:val="28"/>
          <w:szCs w:val="32"/>
          <w:lang w:eastAsia="ja-JP"/>
        </w:rPr>
        <w:t xml:space="preserve">　</w:t>
      </w:r>
    </w:p>
    <w:p w14:paraId="3886DE57" w14:textId="07EE53AC" w:rsidR="00C9616F" w:rsidRPr="001D6D89" w:rsidRDefault="00DC01ED" w:rsidP="001D6D89">
      <w:pPr>
        <w:ind w:leftChars="100" w:left="210"/>
        <w:rPr>
          <w:rFonts w:ascii="BIZ UDPゴシック" w:eastAsia="BIZ UDPゴシック" w:hAnsi="BIZ UDPゴシック"/>
          <w:sz w:val="24"/>
          <w:szCs w:val="28"/>
        </w:rPr>
      </w:pPr>
      <w:r w:rsidRPr="00324B03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4"/>
            <w:lid w:val="ja-JP"/>
          </w:rubyPr>
          <w:rt>
            <w:r w:rsidR="00DC01ED" w:rsidRPr="00324B03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えちぜんし</w:t>
            </w:r>
          </w:rt>
          <w:rubyBase>
            <w:r w:rsidR="00DC01ED" w:rsidRPr="00324B03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越前市</w:t>
            </w:r>
          </w:rubyBase>
        </w:ruby>
      </w:r>
      <w:r w:rsidR="008B28E5" w:rsidRPr="00324B03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　</w:t>
      </w:r>
      <w:r w:rsidRPr="00324B03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4"/>
            <w:lid w:val="ja-JP"/>
          </w:rubyPr>
          <w:rt>
            <w:r w:rsidR="00DC01ED" w:rsidRPr="00324B03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けんせつぶ</w:t>
            </w:r>
          </w:rt>
          <w:rubyBase>
            <w:r w:rsidR="00DC01ED" w:rsidRPr="00324B03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建設部</w:t>
            </w:r>
          </w:rubyBase>
        </w:ruby>
      </w:r>
      <w:r w:rsidR="008B28E5" w:rsidRPr="00324B03">
        <w:rPr>
          <w:rFonts w:ascii="BIZ UDP明朝 Medium" w:eastAsia="BIZ UDP明朝 Medium" w:hAnsi="BIZ UDP明朝 Medium" w:hint="eastAsia"/>
          <w:sz w:val="24"/>
          <w:szCs w:val="28"/>
          <w:lang w:eastAsia="ja-JP"/>
        </w:rPr>
        <w:t xml:space="preserve">　</w:t>
      </w:r>
      <w:r w:rsidRPr="00324B03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4"/>
            <w:lid w:val="ja-JP"/>
          </w:rubyPr>
          <w:rt>
            <w:r w:rsidR="00DC01ED" w:rsidRPr="00324B03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けんちく</w:t>
            </w:r>
          </w:rt>
          <w:rubyBase>
            <w:r w:rsidR="00DC01ED" w:rsidRPr="00324B03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建築</w:t>
            </w:r>
          </w:rubyBase>
        </w:ruby>
      </w:r>
      <w:r w:rsidRPr="00324B03">
        <w:rPr>
          <w:rFonts w:ascii="BIZ UDP明朝 Medium" w:eastAsia="BIZ UDP明朝 Medium" w:hAnsi="BIZ UDP明朝 Medium"/>
          <w:sz w:val="24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4"/>
            <w:lid w:val="ja-JP"/>
          </w:rubyPr>
          <w:rt>
            <w:r w:rsidR="00DC01ED" w:rsidRPr="00324B03">
              <w:rPr>
                <w:rFonts w:ascii="BIZ UDP明朝 Medium" w:eastAsia="BIZ UDP明朝 Medium" w:hAnsi="BIZ UDP明朝 Medium"/>
                <w:sz w:val="14"/>
                <w:szCs w:val="28"/>
                <w:lang w:eastAsia="ja-JP"/>
              </w:rPr>
              <w:t>じゅうたくか</w:t>
            </w:r>
          </w:rt>
          <w:rubyBase>
            <w:r w:rsidR="00DC01ED" w:rsidRPr="00324B03">
              <w:rPr>
                <w:rFonts w:ascii="BIZ UDP明朝 Medium" w:eastAsia="BIZ UDP明朝 Medium" w:hAnsi="BIZ UDP明朝 Medium"/>
                <w:sz w:val="24"/>
                <w:szCs w:val="28"/>
                <w:lang w:eastAsia="ja-JP"/>
              </w:rPr>
              <w:t>住宅課</w:t>
            </w:r>
          </w:rubyBase>
        </w:ruby>
      </w:r>
      <w:r w:rsidR="00BF5321" w:rsidRPr="00324B03">
        <w:rPr>
          <w:rFonts w:ascii="BIZ UDP明朝 Medium" w:eastAsia="BIZ UDP明朝 Medium" w:hAnsi="BIZ UDP明朝 Medium"/>
          <w:sz w:val="24"/>
          <w:szCs w:val="28"/>
          <w:lang w:eastAsia="ja-JP"/>
        </w:rPr>
        <w:br/>
      </w:r>
      <w:r w:rsidRPr="00324B03">
        <w:rPr>
          <w:rFonts w:ascii="BIZ UDP明朝 Medium" w:eastAsia="BIZ UDP明朝 Medium" w:hAnsi="BIZ UDP明朝 Medium"/>
          <w:sz w:val="24"/>
          <w:szCs w:val="28"/>
        </w:rPr>
        <w:ruby>
          <w:rubyPr>
            <w:rubyAlign w:val="distributeSpace"/>
            <w:hps w:val="16"/>
            <w:hpsRaise w:val="26"/>
            <w:hpsBaseText w:val="24"/>
            <w:lid w:val="en-US"/>
          </w:rubyPr>
          <w:rt>
            <w:r w:rsidR="00DC01ED" w:rsidRPr="00324B03">
              <w:rPr>
                <w:rFonts w:ascii="BIZ UDP明朝 Medium" w:eastAsia="BIZ UDP明朝 Medium" w:hAnsi="BIZ UDP明朝 Medium"/>
                <w:sz w:val="14"/>
                <w:szCs w:val="28"/>
              </w:rPr>
              <w:t>でんわ</w:t>
            </w:r>
          </w:rt>
          <w:rubyBase>
            <w:r w:rsidR="00DC01ED" w:rsidRPr="00324B03">
              <w:rPr>
                <w:rFonts w:ascii="BIZ UDP明朝 Medium" w:eastAsia="BIZ UDP明朝 Medium" w:hAnsi="BIZ UDP明朝 Medium"/>
                <w:sz w:val="24"/>
                <w:szCs w:val="28"/>
              </w:rPr>
              <w:t>電話</w:t>
            </w:r>
          </w:rubyBase>
        </w:ruby>
      </w:r>
      <w:r w:rsidRPr="00324B03">
        <w:rPr>
          <w:rFonts w:ascii="BIZ UDP明朝 Medium" w:eastAsia="BIZ UDP明朝 Medium" w:hAnsi="BIZ UDP明朝 Medium"/>
          <w:sz w:val="24"/>
          <w:szCs w:val="28"/>
        </w:rPr>
        <w:t>：</w:t>
      </w:r>
      <w:r w:rsidRPr="001D6D89">
        <w:rPr>
          <w:rFonts w:ascii="BIZ UDPゴシック" w:eastAsia="BIZ UDPゴシック" w:hAnsi="BIZ UDPゴシック"/>
          <w:sz w:val="24"/>
          <w:szCs w:val="28"/>
        </w:rPr>
        <w:t>0778-22-3074</w:t>
      </w:r>
    </w:p>
    <w:sectPr w:rsidR="00C9616F" w:rsidRPr="001D6D89" w:rsidSect="00ED1698">
      <w:pgSz w:w="12240" w:h="15840"/>
      <w:pgMar w:top="561" w:right="1021" w:bottom="561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0722049">
    <w:abstractNumId w:val="8"/>
  </w:num>
  <w:num w:numId="2" w16cid:durableId="821971936">
    <w:abstractNumId w:val="6"/>
  </w:num>
  <w:num w:numId="3" w16cid:durableId="471871084">
    <w:abstractNumId w:val="5"/>
  </w:num>
  <w:num w:numId="4" w16cid:durableId="674650292">
    <w:abstractNumId w:val="4"/>
  </w:num>
  <w:num w:numId="5" w16cid:durableId="838035499">
    <w:abstractNumId w:val="7"/>
  </w:num>
  <w:num w:numId="6" w16cid:durableId="1943607348">
    <w:abstractNumId w:val="3"/>
  </w:num>
  <w:num w:numId="7" w16cid:durableId="1442991479">
    <w:abstractNumId w:val="2"/>
  </w:num>
  <w:num w:numId="8" w16cid:durableId="2094276293">
    <w:abstractNumId w:val="1"/>
  </w:num>
  <w:num w:numId="9" w16cid:durableId="12893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37A"/>
    <w:rsid w:val="0006063C"/>
    <w:rsid w:val="000A0143"/>
    <w:rsid w:val="0015074B"/>
    <w:rsid w:val="001563F4"/>
    <w:rsid w:val="001D6D89"/>
    <w:rsid w:val="001D7592"/>
    <w:rsid w:val="0029639D"/>
    <w:rsid w:val="002F6C87"/>
    <w:rsid w:val="00324B03"/>
    <w:rsid w:val="003251E7"/>
    <w:rsid w:val="00326F90"/>
    <w:rsid w:val="00526A28"/>
    <w:rsid w:val="00674B27"/>
    <w:rsid w:val="008B28E5"/>
    <w:rsid w:val="009866FB"/>
    <w:rsid w:val="00A721B9"/>
    <w:rsid w:val="00A970D8"/>
    <w:rsid w:val="00AA1D8D"/>
    <w:rsid w:val="00AB5E3C"/>
    <w:rsid w:val="00B45D7F"/>
    <w:rsid w:val="00B47730"/>
    <w:rsid w:val="00BD270C"/>
    <w:rsid w:val="00BF5321"/>
    <w:rsid w:val="00C9616F"/>
    <w:rsid w:val="00CB0664"/>
    <w:rsid w:val="00CB49AB"/>
    <w:rsid w:val="00DC01ED"/>
    <w:rsid w:val="00ED16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4C7F6F"/>
  <w14:defaultImageDpi w14:val="300"/>
  <w15:docId w15:val="{86542E6E-80D4-4E3F-9798-451637AD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hAnsi="游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BD270C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1341</Words>
  <Characters>7647</Characters>
  <Application>Microsoft Office Word</Application>
  <DocSecurity>0</DocSecurity>
  <Lines>63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渡邉　さゆり</cp:lastModifiedBy>
  <cp:revision>11</cp:revision>
  <cp:lastPrinted>2026-08-19T02:20:00Z</cp:lastPrinted>
  <dcterms:created xsi:type="dcterms:W3CDTF">2013-12-23T23:15:00Z</dcterms:created>
  <dcterms:modified xsi:type="dcterms:W3CDTF">2026-09-07T05:54:00Z</dcterms:modified>
  <cp:category/>
</cp:coreProperties>
</file>