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30198" w14:textId="53463C2A" w:rsidR="00BA5BED" w:rsidRPr="00741AFE" w:rsidRDefault="004646F6" w:rsidP="00373D6E">
      <w:pPr>
        <w:jc w:val="center"/>
        <w:rPr>
          <w:rFonts w:ascii="BIZ UDゴシック" w:eastAsia="BIZ UDゴシック" w:hAnsi="BIZ UDゴシック"/>
          <w:b/>
          <w:sz w:val="40"/>
          <w:highlight w:val="yellow"/>
          <w:lang w:eastAsia="ja-JP"/>
        </w:rPr>
      </w:pPr>
      <w:r>
        <w:rPr>
          <w:rFonts w:ascii="BIZ UDゴシック" w:eastAsia="BIZ UDゴシック" w:hAnsi="BIZ UDゴシック"/>
          <w:b/>
          <w:sz w:val="40"/>
          <w:highlight w:val="yellow"/>
          <w:lang w:eastAsia="ja-JP"/>
        </w:rPr>
        <w:fldChar w:fldCharType="begin"/>
      </w:r>
      <w:r>
        <w:rPr>
          <w:rFonts w:ascii="BIZ UDゴシック" w:eastAsia="BIZ UDゴシック" w:hAnsi="BIZ UDゴシック"/>
          <w:b/>
          <w:sz w:val="40"/>
          <w:highlight w:val="yellow"/>
          <w:lang w:eastAsia="ja-JP"/>
        </w:rPr>
        <w:instrText>EQ \* jc2 \* "Font:BIZ UDゴシック" \* hps18 \o\ad(\s\up 22(</w:instrText>
      </w:r>
      <w:r w:rsidRPr="004646F6">
        <w:rPr>
          <w:rFonts w:ascii="BIZ UDゴシック" w:eastAsia="BIZ UDゴシック" w:hAnsi="BIZ UDゴシック"/>
          <w:b/>
          <w:sz w:val="18"/>
          <w:highlight w:val="yellow"/>
          <w:lang w:eastAsia="ja-JP"/>
        </w:rPr>
        <w:instrText>あきや</w:instrText>
      </w:r>
      <w:r>
        <w:rPr>
          <w:rFonts w:ascii="BIZ UDゴシック" w:eastAsia="BIZ UDゴシック" w:hAnsi="BIZ UDゴシック"/>
          <w:b/>
          <w:sz w:val="40"/>
          <w:highlight w:val="yellow"/>
          <w:lang w:eastAsia="ja-JP"/>
        </w:rPr>
        <w:instrText>),空家)</w:instrText>
      </w:r>
      <w:r>
        <w:rPr>
          <w:rFonts w:ascii="BIZ UDゴシック" w:eastAsia="BIZ UDゴシック" w:hAnsi="BIZ UDゴシック"/>
          <w:b/>
          <w:sz w:val="40"/>
          <w:highlight w:val="yellow"/>
          <w:lang w:eastAsia="ja-JP"/>
        </w:rPr>
        <w:fldChar w:fldCharType="end"/>
      </w:r>
      <w:proofErr w:type="gramStart"/>
      <w:r w:rsidRPr="00741AFE">
        <w:rPr>
          <w:rFonts w:ascii="BIZ UDゴシック" w:eastAsia="BIZ UDゴシック" w:hAnsi="BIZ UDゴシック" w:hint="eastAsia"/>
          <w:b/>
          <w:sz w:val="40"/>
          <w:highlight w:val="yellow"/>
          <w:lang w:eastAsia="ja-JP"/>
        </w:rPr>
        <w:t>（</w:t>
      </w:r>
      <w:proofErr w:type="gramEnd"/>
      <w:r>
        <w:rPr>
          <w:rFonts w:ascii="BIZ UDゴシック" w:eastAsia="BIZ UDゴシック" w:hAnsi="BIZ UDゴシック"/>
          <w:b/>
          <w:sz w:val="40"/>
          <w:highlight w:val="yellow"/>
          <w:lang w:eastAsia="ja-JP"/>
        </w:rPr>
        <w:fldChar w:fldCharType="begin"/>
      </w:r>
      <w:r>
        <w:rPr>
          <w:rFonts w:ascii="BIZ UDゴシック" w:eastAsia="BIZ UDゴシック" w:hAnsi="BIZ UDゴシック"/>
          <w:b/>
          <w:sz w:val="40"/>
          <w:highlight w:val="yellow"/>
          <w:lang w:eastAsia="ja-JP"/>
        </w:rPr>
        <w:instrText>EQ \* jc2 \* "Font:BIZ UDゴシック" \* hps18 \o\ad(\s\up 22(</w:instrText>
      </w:r>
      <w:r w:rsidRPr="004646F6">
        <w:rPr>
          <w:rFonts w:ascii="BIZ UDゴシック" w:eastAsia="BIZ UDゴシック" w:hAnsi="BIZ UDゴシック"/>
          <w:b/>
          <w:sz w:val="18"/>
          <w:highlight w:val="yellow"/>
          <w:lang w:eastAsia="ja-JP"/>
        </w:rPr>
        <w:instrText>ひと</w:instrText>
      </w:r>
      <w:r>
        <w:rPr>
          <w:rFonts w:ascii="BIZ UDゴシック" w:eastAsia="BIZ UDゴシック" w:hAnsi="BIZ UDゴシック"/>
          <w:b/>
          <w:sz w:val="40"/>
          <w:highlight w:val="yellow"/>
          <w:lang w:eastAsia="ja-JP"/>
        </w:rPr>
        <w:instrText>),人)</w:instrText>
      </w:r>
      <w:r>
        <w:rPr>
          <w:rFonts w:ascii="BIZ UDゴシック" w:eastAsia="BIZ UDゴシック" w:hAnsi="BIZ UDゴシック"/>
          <w:b/>
          <w:sz w:val="40"/>
          <w:highlight w:val="yellow"/>
          <w:lang w:eastAsia="ja-JP"/>
        </w:rPr>
        <w:fldChar w:fldCharType="end"/>
      </w:r>
      <w:proofErr w:type="gramStart"/>
      <w:r w:rsidRPr="00741AFE">
        <w:rPr>
          <w:rFonts w:ascii="BIZ UDゴシック" w:eastAsia="BIZ UDゴシック" w:hAnsi="BIZ UDゴシック" w:hint="eastAsia"/>
          <w:b/>
          <w:sz w:val="40"/>
          <w:highlight w:val="yellow"/>
          <w:lang w:eastAsia="ja-JP"/>
        </w:rPr>
        <w:t>が</w:t>
      </w:r>
      <w:r w:rsidR="00741AFE" w:rsidRPr="00741AFE">
        <w:rPr>
          <w:rFonts w:ascii="BIZ UDゴシック" w:eastAsia="BIZ UDゴシック" w:hAnsi="BIZ UDゴシック" w:hint="eastAsia"/>
          <w:b/>
          <w:sz w:val="40"/>
          <w:highlight w:val="yellow"/>
          <w:lang w:eastAsia="ja-JP"/>
        </w:rPr>
        <w:t xml:space="preserve"> </w:t>
      </w:r>
      <w:proofErr w:type="gramEnd"/>
      <w:r>
        <w:rPr>
          <w:rFonts w:ascii="BIZ UDゴシック" w:eastAsia="BIZ UDゴシック" w:hAnsi="BIZ UDゴシック"/>
          <w:b/>
          <w:sz w:val="40"/>
          <w:highlight w:val="yellow"/>
          <w:lang w:eastAsia="ja-JP"/>
        </w:rPr>
        <w:fldChar w:fldCharType="begin"/>
      </w:r>
      <w:r>
        <w:rPr>
          <w:rFonts w:ascii="BIZ UDゴシック" w:eastAsia="BIZ UDゴシック" w:hAnsi="BIZ UDゴシック"/>
          <w:b/>
          <w:sz w:val="40"/>
          <w:highlight w:val="yellow"/>
          <w:lang w:eastAsia="ja-JP"/>
        </w:rPr>
        <w:instrText>EQ \* jc2 \* "Font:BIZ UDゴシック" \* hps18 \o\ad(\s\up 22(</w:instrText>
      </w:r>
      <w:r w:rsidRPr="004646F6">
        <w:rPr>
          <w:rFonts w:ascii="BIZ UDゴシック" w:eastAsia="BIZ UDゴシック" w:hAnsi="BIZ UDゴシック"/>
          <w:b/>
          <w:sz w:val="18"/>
          <w:highlight w:val="yellow"/>
          <w:lang w:eastAsia="ja-JP"/>
        </w:rPr>
        <w:instrText>す</w:instrText>
      </w:r>
      <w:r>
        <w:rPr>
          <w:rFonts w:ascii="BIZ UDゴシック" w:eastAsia="BIZ UDゴシック" w:hAnsi="BIZ UDゴシック"/>
          <w:b/>
          <w:sz w:val="40"/>
          <w:highlight w:val="yellow"/>
          <w:lang w:eastAsia="ja-JP"/>
        </w:rPr>
        <w:instrText>),住)</w:instrText>
      </w:r>
      <w:r>
        <w:rPr>
          <w:rFonts w:ascii="BIZ UDゴシック" w:eastAsia="BIZ UDゴシック" w:hAnsi="BIZ UDゴシック"/>
          <w:b/>
          <w:sz w:val="40"/>
          <w:highlight w:val="yellow"/>
          <w:lang w:eastAsia="ja-JP"/>
        </w:rPr>
        <w:fldChar w:fldCharType="end"/>
      </w:r>
      <w:proofErr w:type="gramStart"/>
      <w:r w:rsidRPr="00741AFE">
        <w:rPr>
          <w:rFonts w:ascii="BIZ UDゴシック" w:eastAsia="BIZ UDゴシック" w:hAnsi="BIZ UDゴシック" w:hint="eastAsia"/>
          <w:b/>
          <w:sz w:val="40"/>
          <w:highlight w:val="yellow"/>
          <w:lang w:eastAsia="ja-JP"/>
        </w:rPr>
        <w:t>まない</w:t>
      </w:r>
      <w:r w:rsidR="00741AFE" w:rsidRPr="00741AFE">
        <w:rPr>
          <w:rFonts w:ascii="BIZ UDゴシック" w:eastAsia="BIZ UDゴシック" w:hAnsi="BIZ UDゴシック" w:hint="eastAsia"/>
          <w:b/>
          <w:sz w:val="40"/>
          <w:highlight w:val="yellow"/>
          <w:lang w:eastAsia="ja-JP"/>
        </w:rPr>
        <w:t xml:space="preserve"> </w:t>
      </w:r>
      <w:proofErr w:type="gramEnd"/>
      <w:r>
        <w:rPr>
          <w:rFonts w:ascii="BIZ UDゴシック" w:eastAsia="BIZ UDゴシック" w:hAnsi="BIZ UDゴシック"/>
          <w:b/>
          <w:sz w:val="40"/>
          <w:highlight w:val="yellow"/>
          <w:lang w:eastAsia="ja-JP"/>
        </w:rPr>
        <w:fldChar w:fldCharType="begin"/>
      </w:r>
      <w:r>
        <w:rPr>
          <w:rFonts w:ascii="BIZ UDゴシック" w:eastAsia="BIZ UDゴシック" w:hAnsi="BIZ UDゴシック"/>
          <w:b/>
          <w:sz w:val="40"/>
          <w:highlight w:val="yellow"/>
          <w:lang w:eastAsia="ja-JP"/>
        </w:rPr>
        <w:instrText>EQ \* jc2 \* "Font:BIZ UDゴシック" \* hps18 \o\ad(\s\up 22(</w:instrText>
      </w:r>
      <w:r w:rsidRPr="004646F6">
        <w:rPr>
          <w:rFonts w:ascii="BIZ UDゴシック" w:eastAsia="BIZ UDゴシック" w:hAnsi="BIZ UDゴシック"/>
          <w:b/>
          <w:sz w:val="18"/>
          <w:highlight w:val="yellow"/>
          <w:lang w:eastAsia="ja-JP"/>
        </w:rPr>
        <w:instrText>いえ</w:instrText>
      </w:r>
      <w:r>
        <w:rPr>
          <w:rFonts w:ascii="BIZ UDゴシック" w:eastAsia="BIZ UDゴシック" w:hAnsi="BIZ UDゴシック"/>
          <w:b/>
          <w:sz w:val="40"/>
          <w:highlight w:val="yellow"/>
          <w:lang w:eastAsia="ja-JP"/>
        </w:rPr>
        <w:instrText>),家)</w:instrText>
      </w:r>
      <w:r>
        <w:rPr>
          <w:rFonts w:ascii="BIZ UDゴシック" w:eastAsia="BIZ UDゴシック" w:hAnsi="BIZ UDゴシック"/>
          <w:b/>
          <w:sz w:val="40"/>
          <w:highlight w:val="yellow"/>
          <w:lang w:eastAsia="ja-JP"/>
        </w:rPr>
        <w:fldChar w:fldCharType="end"/>
      </w:r>
      <w:proofErr w:type="gramStart"/>
      <w:r w:rsidRPr="00741AFE">
        <w:rPr>
          <w:rFonts w:ascii="BIZ UDゴシック" w:eastAsia="BIZ UDゴシック" w:hAnsi="BIZ UDゴシック" w:hint="eastAsia"/>
          <w:b/>
          <w:sz w:val="40"/>
          <w:highlight w:val="yellow"/>
          <w:lang w:eastAsia="ja-JP"/>
        </w:rPr>
        <w:t>）</w:t>
      </w:r>
      <w:proofErr w:type="gramEnd"/>
      <w:r w:rsidRPr="00741AFE">
        <w:rPr>
          <w:rFonts w:ascii="BIZ UDゴシック" w:eastAsia="BIZ UDゴシック" w:hAnsi="BIZ UDゴシック" w:hint="eastAsia"/>
          <w:b/>
          <w:sz w:val="40"/>
          <w:highlight w:val="yellow"/>
          <w:lang w:eastAsia="ja-JP"/>
        </w:rPr>
        <w:t>になったら</w:t>
      </w:r>
      <w:r w:rsidR="00741AFE" w:rsidRPr="00741AFE">
        <w:rPr>
          <w:rFonts w:ascii="BIZ UDゴシック" w:eastAsia="BIZ UDゴシック" w:hAnsi="BIZ UDゴシック" w:hint="eastAsia"/>
          <w:b/>
          <w:sz w:val="40"/>
          <w:highlight w:val="yellow"/>
          <w:lang w:eastAsia="ja-JP"/>
        </w:rPr>
        <w:t xml:space="preserve"> </w:t>
      </w:r>
      <w:r w:rsidRPr="00741AFE">
        <w:rPr>
          <w:rFonts w:ascii="BIZ UDゴシック" w:eastAsia="BIZ UDゴシック" w:hAnsi="BIZ UDゴシック" w:hint="eastAsia"/>
          <w:b/>
          <w:sz w:val="40"/>
          <w:highlight w:val="yellow"/>
          <w:lang w:eastAsia="ja-JP"/>
        </w:rPr>
        <w:t>どうしますか？</w:t>
      </w:r>
    </w:p>
    <w:p w14:paraId="3541B7B2" w14:textId="6B6471A2" w:rsidR="00741AFE" w:rsidRPr="00741AFE" w:rsidRDefault="004646F6" w:rsidP="00373D6E">
      <w:pPr>
        <w:jc w:val="center"/>
        <w:rPr>
          <w:rFonts w:ascii="BIZ UDゴシック" w:eastAsia="BIZ UDゴシック" w:hAnsi="BIZ UDゴシック"/>
          <w:sz w:val="21"/>
          <w:szCs w:val="21"/>
          <w:lang w:eastAsia="ja-JP"/>
        </w:rPr>
      </w:pPr>
      <w:r>
        <w:rPr>
          <w:rFonts w:ascii="BIZ UDゴシック" w:eastAsia="BIZ UDゴシック" w:hAnsi="BIZ UDゴシック"/>
          <w:b/>
          <w:sz w:val="36"/>
          <w:szCs w:val="21"/>
          <w:lang w:eastAsia="ja-JP"/>
        </w:rPr>
        <w:ruby>
          <w:rubyPr>
            <w:rubyAlign w:val="distributeSpace"/>
            <w:hps w:val="18"/>
            <w:hpsRaise w:val="40"/>
            <w:hpsBaseText w:val="36"/>
            <w:lid w:val="ja-JP"/>
          </w:rubyPr>
          <w:rt>
            <w:r w:rsidR="004646F6" w:rsidRPr="004646F6">
              <w:rPr>
                <w:rFonts w:ascii="BIZ UDゴシック" w:eastAsia="BIZ UDゴシック" w:hAnsi="BIZ UDゴシック"/>
                <w:b/>
                <w:sz w:val="18"/>
                <w:szCs w:val="21"/>
                <w:lang w:eastAsia="ja-JP"/>
              </w:rPr>
              <w:t>いえ</w:t>
            </w:r>
          </w:rt>
          <w:rubyBase>
            <w:r w:rsidR="004646F6">
              <w:rPr>
                <w:rFonts w:ascii="BIZ UDゴシック" w:eastAsia="BIZ UDゴシック" w:hAnsi="BIZ UDゴシック"/>
                <w:b/>
                <w:sz w:val="36"/>
                <w:szCs w:val="21"/>
                <w:lang w:eastAsia="ja-JP"/>
              </w:rPr>
              <w:t>家</w:t>
            </w:r>
          </w:rubyBase>
        </w:ruby>
      </w:r>
      <w:r w:rsidRPr="00741AFE">
        <w:rPr>
          <w:rFonts w:ascii="BIZ UDゴシック" w:eastAsia="BIZ UDゴシック" w:hAnsi="BIZ UDゴシック" w:hint="eastAsia"/>
          <w:b/>
          <w:sz w:val="36"/>
          <w:szCs w:val="21"/>
          <w:lang w:eastAsia="ja-JP"/>
        </w:rPr>
        <w:t>を</w:t>
      </w:r>
      <w:r w:rsidR="00741AFE" w:rsidRPr="00741AFE">
        <w:rPr>
          <w:rFonts w:ascii="BIZ UDゴシック" w:eastAsia="BIZ UDゴシック" w:hAnsi="BIZ UDゴシック" w:hint="eastAsia"/>
          <w:b/>
          <w:sz w:val="36"/>
          <w:szCs w:val="21"/>
          <w:lang w:eastAsia="ja-JP"/>
        </w:rPr>
        <w:t xml:space="preserve"> </w:t>
      </w:r>
      <w:r>
        <w:rPr>
          <w:rFonts w:ascii="BIZ UDゴシック" w:eastAsia="BIZ UDゴシック" w:hAnsi="BIZ UDゴシック"/>
          <w:b/>
          <w:sz w:val="36"/>
          <w:szCs w:val="21"/>
          <w:lang w:eastAsia="ja-JP"/>
        </w:rPr>
        <w:ruby>
          <w:rubyPr>
            <w:rubyAlign w:val="distributeSpace"/>
            <w:hps w:val="18"/>
            <w:hpsRaise w:val="40"/>
            <w:hpsBaseText w:val="36"/>
            <w:lid w:val="ja-JP"/>
          </w:rubyPr>
          <w:rt>
            <w:r w:rsidR="004646F6" w:rsidRPr="004646F6">
              <w:rPr>
                <w:rFonts w:ascii="BIZ UDゴシック" w:eastAsia="BIZ UDゴシック" w:hAnsi="BIZ UDゴシック"/>
                <w:b/>
                <w:sz w:val="18"/>
                <w:szCs w:val="21"/>
                <w:lang w:eastAsia="ja-JP"/>
              </w:rPr>
              <w:t>あんぜん</w:t>
            </w:r>
          </w:rt>
          <w:rubyBase>
            <w:r w:rsidR="004646F6">
              <w:rPr>
                <w:rFonts w:ascii="BIZ UDゴシック" w:eastAsia="BIZ UDゴシック" w:hAnsi="BIZ UDゴシック"/>
                <w:b/>
                <w:sz w:val="36"/>
                <w:szCs w:val="21"/>
                <w:lang w:eastAsia="ja-JP"/>
              </w:rPr>
              <w:t>安全</w:t>
            </w:r>
          </w:rubyBase>
        </w:ruby>
      </w:r>
      <w:r w:rsidRPr="00741AFE">
        <w:rPr>
          <w:rFonts w:ascii="BIZ UDゴシック" w:eastAsia="BIZ UDゴシック" w:hAnsi="BIZ UDゴシック" w:hint="eastAsia"/>
          <w:b/>
          <w:sz w:val="36"/>
          <w:szCs w:val="21"/>
          <w:lang w:eastAsia="ja-JP"/>
        </w:rPr>
        <w:t>に</w:t>
      </w:r>
      <w:r w:rsidR="00741AFE" w:rsidRPr="00741AFE">
        <w:rPr>
          <w:rFonts w:ascii="BIZ UDゴシック" w:eastAsia="BIZ UDゴシック" w:hAnsi="BIZ UDゴシック" w:hint="eastAsia"/>
          <w:b/>
          <w:sz w:val="36"/>
          <w:szCs w:val="21"/>
          <w:lang w:eastAsia="ja-JP"/>
        </w:rPr>
        <w:t xml:space="preserve"> </w:t>
      </w:r>
      <w:r>
        <w:rPr>
          <w:rFonts w:ascii="BIZ UDゴシック" w:eastAsia="BIZ UDゴシック" w:hAnsi="BIZ UDゴシック"/>
          <w:b/>
          <w:sz w:val="36"/>
          <w:szCs w:val="21"/>
          <w:lang w:eastAsia="ja-JP"/>
        </w:rPr>
        <w:ruby>
          <w:rubyPr>
            <w:rubyAlign w:val="distributeSpace"/>
            <w:hps w:val="18"/>
            <w:hpsRaise w:val="40"/>
            <w:hpsBaseText w:val="36"/>
            <w:lid w:val="ja-JP"/>
          </w:rubyPr>
          <w:rt>
            <w:r w:rsidR="004646F6" w:rsidRPr="004646F6">
              <w:rPr>
                <w:rFonts w:ascii="BIZ UDゴシック" w:eastAsia="BIZ UDゴシック" w:hAnsi="BIZ UDゴシック"/>
                <w:b/>
                <w:sz w:val="18"/>
                <w:szCs w:val="21"/>
                <w:lang w:eastAsia="ja-JP"/>
              </w:rPr>
              <w:t>たも</w:t>
            </w:r>
          </w:rt>
          <w:rubyBase>
            <w:r w:rsidR="004646F6">
              <w:rPr>
                <w:rFonts w:ascii="BIZ UDゴシック" w:eastAsia="BIZ UDゴシック" w:hAnsi="BIZ UDゴシック"/>
                <w:b/>
                <w:sz w:val="36"/>
                <w:szCs w:val="21"/>
                <w:lang w:eastAsia="ja-JP"/>
              </w:rPr>
              <w:t>保</w:t>
            </w:r>
          </w:rubyBase>
        </w:ruby>
      </w:r>
      <w:r w:rsidRPr="00741AFE">
        <w:rPr>
          <w:rFonts w:ascii="BIZ UDゴシック" w:eastAsia="BIZ UDゴシック" w:hAnsi="BIZ UDゴシック" w:hint="eastAsia"/>
          <w:b/>
          <w:sz w:val="36"/>
          <w:szCs w:val="21"/>
          <w:lang w:eastAsia="ja-JP"/>
        </w:rPr>
        <w:t>つため、</w:t>
      </w:r>
      <w:r>
        <w:rPr>
          <w:rFonts w:ascii="BIZ UDゴシック" w:eastAsia="BIZ UDゴシック" w:hAnsi="BIZ UDゴシック"/>
          <w:b/>
          <w:sz w:val="36"/>
          <w:szCs w:val="21"/>
          <w:lang w:eastAsia="ja-JP"/>
        </w:rPr>
        <w:ruby>
          <w:rubyPr>
            <w:rubyAlign w:val="distributeSpace"/>
            <w:hps w:val="18"/>
            <w:hpsRaise w:val="40"/>
            <w:hpsBaseText w:val="36"/>
            <w:lid w:val="ja-JP"/>
          </w:rubyPr>
          <w:rt>
            <w:r w:rsidR="004646F6" w:rsidRPr="004646F6">
              <w:rPr>
                <w:rFonts w:ascii="BIZ UDゴシック" w:eastAsia="BIZ UDゴシック" w:hAnsi="BIZ UDゴシック"/>
                <w:b/>
                <w:sz w:val="18"/>
                <w:szCs w:val="21"/>
                <w:lang w:eastAsia="ja-JP"/>
              </w:rPr>
              <w:t>ていきてき</w:t>
            </w:r>
          </w:rt>
          <w:rubyBase>
            <w:r w:rsidR="004646F6">
              <w:rPr>
                <w:rFonts w:ascii="BIZ UDゴシック" w:eastAsia="BIZ UDゴシック" w:hAnsi="BIZ UDゴシック"/>
                <w:b/>
                <w:sz w:val="36"/>
                <w:szCs w:val="21"/>
                <w:lang w:eastAsia="ja-JP"/>
              </w:rPr>
              <w:t>定期的</w:t>
            </w:r>
          </w:rubyBase>
        </w:ruby>
      </w:r>
      <w:r w:rsidRPr="00741AFE">
        <w:rPr>
          <w:rFonts w:ascii="BIZ UDゴシック" w:eastAsia="BIZ UDゴシック" w:hAnsi="BIZ UDゴシック" w:hint="eastAsia"/>
          <w:b/>
          <w:sz w:val="36"/>
          <w:szCs w:val="21"/>
          <w:lang w:eastAsia="ja-JP"/>
        </w:rPr>
        <w:t>に</w:t>
      </w:r>
      <w:r w:rsidR="00741AFE" w:rsidRPr="00741AFE">
        <w:rPr>
          <w:rFonts w:ascii="BIZ UDゴシック" w:eastAsia="BIZ UDゴシック" w:hAnsi="BIZ UDゴシック" w:hint="eastAsia"/>
          <w:b/>
          <w:sz w:val="36"/>
          <w:szCs w:val="21"/>
          <w:lang w:eastAsia="ja-JP"/>
        </w:rPr>
        <w:t xml:space="preserve"> </w:t>
      </w:r>
      <w:r>
        <w:rPr>
          <w:rFonts w:ascii="BIZ UDゴシック" w:eastAsia="BIZ UDゴシック" w:hAnsi="BIZ UDゴシック"/>
          <w:b/>
          <w:sz w:val="36"/>
          <w:szCs w:val="21"/>
          <w:lang w:eastAsia="ja-JP"/>
        </w:rPr>
        <w:ruby>
          <w:rubyPr>
            <w:rubyAlign w:val="distributeSpace"/>
            <w:hps w:val="18"/>
            <w:hpsRaise w:val="40"/>
            <w:hpsBaseText w:val="36"/>
            <w:lid w:val="ja-JP"/>
          </w:rubyPr>
          <w:rt>
            <w:r w:rsidR="004646F6" w:rsidRPr="004646F6">
              <w:rPr>
                <w:rFonts w:ascii="BIZ UDゴシック" w:eastAsia="BIZ UDゴシック" w:hAnsi="BIZ UDゴシック"/>
                <w:b/>
                <w:sz w:val="18"/>
                <w:szCs w:val="21"/>
                <w:lang w:eastAsia="ja-JP"/>
              </w:rPr>
              <w:t>かんり</w:t>
            </w:r>
          </w:rt>
          <w:rubyBase>
            <w:r w:rsidR="004646F6">
              <w:rPr>
                <w:rFonts w:ascii="BIZ UDゴシック" w:eastAsia="BIZ UDゴシック" w:hAnsi="BIZ UDゴシック"/>
                <w:b/>
                <w:sz w:val="36"/>
                <w:szCs w:val="21"/>
                <w:lang w:eastAsia="ja-JP"/>
              </w:rPr>
              <w:t>管理</w:t>
            </w:r>
          </w:rubyBase>
        </w:ruby>
      </w:r>
      <w:r w:rsidR="00741AFE" w:rsidRPr="00741AFE">
        <w:rPr>
          <w:rFonts w:ascii="BIZ UDゴシック" w:eastAsia="BIZ UDゴシック" w:hAnsi="BIZ UDゴシック" w:hint="eastAsia"/>
          <w:b/>
          <w:sz w:val="36"/>
          <w:szCs w:val="21"/>
          <w:lang w:eastAsia="ja-JP"/>
        </w:rPr>
        <w:t>しましょう</w:t>
      </w:r>
    </w:p>
    <w:p w14:paraId="582A7417" w14:textId="567918D3" w:rsidR="00741AFE" w:rsidRPr="004646F6" w:rsidRDefault="00C660FF">
      <w:pPr>
        <w:rPr>
          <w:rFonts w:ascii="BIZ UDゴシック" w:eastAsia="BIZ UDゴシック" w:hAnsi="BIZ UDゴシック"/>
          <w:sz w:val="24"/>
          <w:szCs w:val="24"/>
          <w:lang w:eastAsia="ja-JP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36B5A0F6" wp14:editId="3F0D4756">
            <wp:simplePos x="0" y="0"/>
            <wp:positionH relativeFrom="column">
              <wp:posOffset>5008880</wp:posOffset>
            </wp:positionH>
            <wp:positionV relativeFrom="paragraph">
              <wp:posOffset>261620</wp:posOffset>
            </wp:positionV>
            <wp:extent cx="1485265" cy="1568450"/>
            <wp:effectExtent l="0" t="0" r="635" b="0"/>
            <wp:wrapTight wrapText="bothSides">
              <wp:wrapPolygon edited="0">
                <wp:start x="8588" y="0"/>
                <wp:lineTo x="7757" y="1312"/>
                <wp:lineTo x="7203" y="2886"/>
                <wp:lineTo x="7480" y="4460"/>
                <wp:lineTo x="3602" y="4722"/>
                <wp:lineTo x="1108" y="6296"/>
                <wp:lineTo x="1108" y="12855"/>
                <wp:lineTo x="1385" y="17053"/>
                <wp:lineTo x="277" y="18364"/>
                <wp:lineTo x="277" y="21250"/>
                <wp:lineTo x="20778" y="21250"/>
                <wp:lineTo x="20224" y="17053"/>
                <wp:lineTo x="21332" y="12855"/>
                <wp:lineTo x="19393" y="8657"/>
                <wp:lineTo x="19947" y="7083"/>
                <wp:lineTo x="19670" y="5509"/>
                <wp:lineTo x="18285" y="4460"/>
                <wp:lineTo x="12190" y="0"/>
                <wp:lineTo x="8588" y="0"/>
              </wp:wrapPolygon>
            </wp:wrapTight>
            <wp:docPr id="1483207383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265" cy="156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E8479A" w14:textId="7C4AA3C1" w:rsidR="00BA5BED" w:rsidRPr="008D1108" w:rsidRDefault="008D1108">
      <w:pPr>
        <w:rPr>
          <w:rFonts w:ascii="BIZ UDゴシック" w:eastAsia="BIZ UDゴシック" w:hAnsi="BIZ UDゴシック"/>
          <w:sz w:val="28"/>
          <w:szCs w:val="28"/>
          <w:lang w:eastAsia="ja-JP"/>
        </w:rPr>
      </w:pPr>
      <w:r>
        <w:rPr>
          <w:rFonts w:ascii="BIZ UDゴシック" w:eastAsia="BIZ UDゴシック" w:hAnsi="BIZ UDゴシック"/>
          <w:sz w:val="28"/>
          <w:szCs w:val="28"/>
          <w:lang w:eastAsia="ja-JP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8D1108" w:rsidRPr="008D1108">
              <w:rPr>
                <w:rFonts w:ascii="BIZ UDゴシック" w:eastAsia="BIZ UDゴシック" w:hAnsi="BIZ UDゴシック"/>
                <w:sz w:val="16"/>
                <w:szCs w:val="28"/>
                <w:lang w:eastAsia="ja-JP"/>
              </w:rPr>
              <w:t>ひと</w:t>
            </w:r>
          </w:rt>
          <w:rubyBase>
            <w:r w:rsidR="008D1108">
              <w:rPr>
                <w:rFonts w:ascii="BIZ UDゴシック" w:eastAsia="BIZ UDゴシック" w:hAnsi="BIZ UDゴシック"/>
                <w:sz w:val="28"/>
                <w:szCs w:val="28"/>
                <w:lang w:eastAsia="ja-JP"/>
              </w:rPr>
              <w:t>人</w:t>
            </w:r>
          </w:rubyBase>
        </w:ruby>
      </w:r>
      <w:r w:rsidRPr="008D1108">
        <w:rPr>
          <w:rFonts w:ascii="BIZ UDゴシック" w:eastAsia="BIZ UDゴシック" w:hAnsi="BIZ UDゴシック" w:hint="eastAsia"/>
          <w:sz w:val="28"/>
          <w:szCs w:val="28"/>
          <w:lang w:eastAsia="ja-JP"/>
        </w:rPr>
        <w:t>が</w:t>
      </w:r>
      <w:r w:rsidR="00A32B42" w:rsidRPr="008D1108">
        <w:rPr>
          <w:rFonts w:ascii="BIZ UDゴシック" w:eastAsia="BIZ UDゴシック" w:hAnsi="BIZ UDゴシック" w:hint="eastAsia"/>
          <w:sz w:val="28"/>
          <w:szCs w:val="28"/>
          <w:lang w:eastAsia="ja-JP"/>
        </w:rPr>
        <w:t xml:space="preserve"> </w:t>
      </w:r>
      <w:r>
        <w:rPr>
          <w:rFonts w:ascii="BIZ UDゴシック" w:eastAsia="BIZ UDゴシック" w:hAnsi="BIZ UDゴシック"/>
          <w:sz w:val="28"/>
          <w:szCs w:val="28"/>
          <w:lang w:eastAsia="ja-JP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8D1108" w:rsidRPr="008D1108">
              <w:rPr>
                <w:rFonts w:ascii="BIZ UDゴシック" w:eastAsia="BIZ UDゴシック" w:hAnsi="BIZ UDゴシック"/>
                <w:sz w:val="16"/>
                <w:szCs w:val="28"/>
                <w:lang w:eastAsia="ja-JP"/>
              </w:rPr>
              <w:t>す</w:t>
            </w:r>
          </w:rt>
          <w:rubyBase>
            <w:r w:rsidR="008D1108">
              <w:rPr>
                <w:rFonts w:ascii="BIZ UDゴシック" w:eastAsia="BIZ UDゴシック" w:hAnsi="BIZ UDゴシック"/>
                <w:sz w:val="28"/>
                <w:szCs w:val="28"/>
                <w:lang w:eastAsia="ja-JP"/>
              </w:rPr>
              <w:t>住</w:t>
            </w:r>
          </w:rubyBase>
        </w:ruby>
      </w:r>
      <w:r w:rsidRPr="008D1108">
        <w:rPr>
          <w:rFonts w:ascii="BIZ UDゴシック" w:eastAsia="BIZ UDゴシック" w:hAnsi="BIZ UDゴシック" w:hint="eastAsia"/>
          <w:sz w:val="28"/>
          <w:szCs w:val="28"/>
          <w:lang w:eastAsia="ja-JP"/>
        </w:rPr>
        <w:t>まない</w:t>
      </w:r>
      <w:r w:rsidR="00A32B42" w:rsidRPr="008D1108">
        <w:rPr>
          <w:rFonts w:ascii="BIZ UDゴシック" w:eastAsia="BIZ UDゴシック" w:hAnsi="BIZ UDゴシック" w:hint="eastAsia"/>
          <w:sz w:val="28"/>
          <w:szCs w:val="28"/>
          <w:lang w:eastAsia="ja-JP"/>
        </w:rPr>
        <w:t xml:space="preserve"> </w:t>
      </w:r>
      <w:r>
        <w:rPr>
          <w:rFonts w:ascii="BIZ UDゴシック" w:eastAsia="BIZ UDゴシック" w:hAnsi="BIZ UDゴシック"/>
          <w:sz w:val="28"/>
          <w:szCs w:val="28"/>
          <w:lang w:eastAsia="ja-JP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8D1108" w:rsidRPr="008D1108">
              <w:rPr>
                <w:rFonts w:ascii="BIZ UDゴシック" w:eastAsia="BIZ UDゴシック" w:hAnsi="BIZ UDゴシック"/>
                <w:sz w:val="16"/>
                <w:szCs w:val="28"/>
                <w:lang w:eastAsia="ja-JP"/>
              </w:rPr>
              <w:t>いえ</w:t>
            </w:r>
          </w:rt>
          <w:rubyBase>
            <w:r w:rsidR="008D1108">
              <w:rPr>
                <w:rFonts w:ascii="BIZ UDゴシック" w:eastAsia="BIZ UDゴシック" w:hAnsi="BIZ UDゴシック"/>
                <w:sz w:val="28"/>
                <w:szCs w:val="28"/>
                <w:lang w:eastAsia="ja-JP"/>
              </w:rPr>
              <w:t>家</w:t>
            </w:r>
          </w:rubyBase>
        </w:ruby>
      </w:r>
      <w:r w:rsidRPr="008D1108">
        <w:rPr>
          <w:rFonts w:ascii="BIZ UDゴシック" w:eastAsia="BIZ UDゴシック" w:hAnsi="BIZ UDゴシック"/>
          <w:sz w:val="28"/>
          <w:szCs w:val="28"/>
          <w:lang w:eastAsia="ja-JP"/>
        </w:rPr>
        <w:t>は、</w:t>
      </w:r>
      <w:r>
        <w:rPr>
          <w:rFonts w:ascii="BIZ UDゴシック" w:eastAsia="BIZ UDゴシック" w:hAnsi="BIZ UDゴシック"/>
          <w:sz w:val="28"/>
          <w:szCs w:val="28"/>
          <w:lang w:eastAsia="ja-JP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8D1108" w:rsidRPr="008D1108">
              <w:rPr>
                <w:rFonts w:ascii="BIZ UDゴシック" w:eastAsia="BIZ UDゴシック" w:hAnsi="BIZ UDゴシック"/>
                <w:sz w:val="16"/>
                <w:szCs w:val="28"/>
                <w:lang w:eastAsia="ja-JP"/>
              </w:rPr>
              <w:t>はや</w:t>
            </w:r>
          </w:rt>
          <w:rubyBase>
            <w:r w:rsidR="008D1108">
              <w:rPr>
                <w:rFonts w:ascii="BIZ UDゴシック" w:eastAsia="BIZ UDゴシック" w:hAnsi="BIZ UDゴシック"/>
                <w:sz w:val="28"/>
                <w:szCs w:val="28"/>
                <w:lang w:eastAsia="ja-JP"/>
              </w:rPr>
              <w:t>早</w:t>
            </w:r>
          </w:rubyBase>
        </w:ruby>
      </w:r>
      <w:r w:rsidRPr="008D1108">
        <w:rPr>
          <w:rFonts w:ascii="BIZ UDゴシック" w:eastAsia="BIZ UDゴシック" w:hAnsi="BIZ UDゴシック"/>
          <w:sz w:val="28"/>
          <w:szCs w:val="28"/>
          <w:lang w:eastAsia="ja-JP"/>
        </w:rPr>
        <w:t>く</w:t>
      </w:r>
      <w:r w:rsidR="00A32B42" w:rsidRPr="008D1108">
        <w:rPr>
          <w:rFonts w:ascii="BIZ UDゴシック" w:eastAsia="BIZ UDゴシック" w:hAnsi="BIZ UDゴシック" w:hint="eastAsia"/>
          <w:sz w:val="28"/>
          <w:szCs w:val="28"/>
          <w:lang w:eastAsia="ja-JP"/>
        </w:rPr>
        <w:t xml:space="preserve"> </w:t>
      </w:r>
      <w:r>
        <w:rPr>
          <w:rFonts w:ascii="BIZ UDゴシック" w:eastAsia="BIZ UDゴシック" w:hAnsi="BIZ UDゴシック"/>
          <w:sz w:val="28"/>
          <w:szCs w:val="28"/>
          <w:lang w:eastAsia="ja-JP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8D1108" w:rsidRPr="008D1108">
              <w:rPr>
                <w:rFonts w:ascii="BIZ UDゴシック" w:eastAsia="BIZ UDゴシック" w:hAnsi="BIZ UDゴシック"/>
                <w:sz w:val="16"/>
                <w:szCs w:val="28"/>
                <w:lang w:eastAsia="ja-JP"/>
              </w:rPr>
              <w:t>いた</w:t>
            </w:r>
          </w:rt>
          <w:rubyBase>
            <w:r w:rsidR="008D1108">
              <w:rPr>
                <w:rFonts w:ascii="BIZ UDゴシック" w:eastAsia="BIZ UDゴシック" w:hAnsi="BIZ UDゴシック"/>
                <w:sz w:val="28"/>
                <w:szCs w:val="28"/>
                <w:lang w:eastAsia="ja-JP"/>
              </w:rPr>
              <w:t>傷</w:t>
            </w:r>
          </w:rubyBase>
        </w:ruby>
      </w:r>
      <w:r w:rsidRPr="008D1108">
        <w:rPr>
          <w:rFonts w:ascii="BIZ UDゴシック" w:eastAsia="BIZ UDゴシック" w:hAnsi="BIZ UDゴシック"/>
          <w:sz w:val="28"/>
          <w:szCs w:val="28"/>
          <w:lang w:eastAsia="ja-JP"/>
        </w:rPr>
        <w:t>みます。</w:t>
      </w:r>
      <w:r w:rsidR="00C660FF">
        <w:rPr>
          <w:rFonts w:ascii="BIZ UDゴシック" w:eastAsia="BIZ UDゴシック" w:hAnsi="BIZ UDゴシック"/>
          <w:sz w:val="28"/>
          <w:szCs w:val="28"/>
          <w:lang w:eastAsia="ja-JP"/>
        </w:rPr>
        <w:br/>
      </w:r>
      <w:r w:rsidR="008951A2" w:rsidRPr="008D1108">
        <w:rPr>
          <w:rFonts w:ascii="BIZ UDゴシック" w:eastAsia="BIZ UDゴシック" w:hAnsi="BIZ UDゴシック"/>
          <w:sz w:val="28"/>
          <w:szCs w:val="28"/>
          <w:lang w:eastAsia="ja-JP"/>
        </w:rPr>
        <w:br/>
      </w:r>
      <w:r>
        <w:rPr>
          <w:rFonts w:ascii="BIZ UDゴシック" w:eastAsia="BIZ UDゴシック" w:hAnsi="BIZ UDゴシック"/>
          <w:sz w:val="28"/>
          <w:szCs w:val="28"/>
          <w:lang w:eastAsia="ja-JP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8D1108" w:rsidRPr="008D1108">
              <w:rPr>
                <w:rFonts w:ascii="BIZ UDゴシック" w:eastAsia="BIZ UDゴシック" w:hAnsi="BIZ UDゴシック"/>
                <w:sz w:val="16"/>
                <w:szCs w:val="28"/>
                <w:lang w:eastAsia="ja-JP"/>
              </w:rPr>
              <w:t>かぞく</w:t>
            </w:r>
          </w:rt>
          <w:rubyBase>
            <w:r w:rsidR="008D1108">
              <w:rPr>
                <w:rFonts w:ascii="BIZ UDゴシック" w:eastAsia="BIZ UDゴシック" w:hAnsi="BIZ UDゴシック"/>
                <w:sz w:val="28"/>
                <w:szCs w:val="28"/>
                <w:lang w:eastAsia="ja-JP"/>
              </w:rPr>
              <w:t>家族</w:t>
            </w:r>
          </w:rubyBase>
        </w:ruby>
      </w:r>
      <w:r w:rsidRPr="008D1108">
        <w:rPr>
          <w:rFonts w:ascii="BIZ UDゴシック" w:eastAsia="BIZ UDゴシック" w:hAnsi="BIZ UDゴシック"/>
          <w:sz w:val="28"/>
          <w:szCs w:val="28"/>
          <w:lang w:eastAsia="ja-JP"/>
        </w:rPr>
        <w:t>で、これからの</w:t>
      </w:r>
      <w:r w:rsidR="00A32B42" w:rsidRPr="008D1108">
        <w:rPr>
          <w:rFonts w:ascii="BIZ UDゴシック" w:eastAsia="BIZ UDゴシック" w:hAnsi="BIZ UDゴシック" w:hint="eastAsia"/>
          <w:sz w:val="28"/>
          <w:szCs w:val="28"/>
          <w:lang w:eastAsia="ja-JP"/>
        </w:rPr>
        <w:t xml:space="preserve"> </w:t>
      </w:r>
      <w:r>
        <w:rPr>
          <w:rFonts w:ascii="BIZ UDゴシック" w:eastAsia="BIZ UDゴシック" w:hAnsi="BIZ UDゴシック"/>
          <w:sz w:val="28"/>
          <w:szCs w:val="28"/>
          <w:lang w:eastAsia="ja-JP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8D1108" w:rsidRPr="008D1108">
              <w:rPr>
                <w:rFonts w:ascii="BIZ UDゴシック" w:eastAsia="BIZ UDゴシック" w:hAnsi="BIZ UDゴシック"/>
                <w:sz w:val="16"/>
                <w:szCs w:val="28"/>
                <w:lang w:eastAsia="ja-JP"/>
              </w:rPr>
              <w:t>いえ</w:t>
            </w:r>
          </w:rt>
          <w:rubyBase>
            <w:r w:rsidR="008D1108">
              <w:rPr>
                <w:rFonts w:ascii="BIZ UDゴシック" w:eastAsia="BIZ UDゴシック" w:hAnsi="BIZ UDゴシック"/>
                <w:sz w:val="28"/>
                <w:szCs w:val="28"/>
                <w:lang w:eastAsia="ja-JP"/>
              </w:rPr>
              <w:t>家</w:t>
            </w:r>
          </w:rubyBase>
        </w:ruby>
      </w:r>
      <w:r w:rsidRPr="008D1108">
        <w:rPr>
          <w:rFonts w:ascii="BIZ UDゴシック" w:eastAsia="BIZ UDゴシック" w:hAnsi="BIZ UDゴシック"/>
          <w:sz w:val="28"/>
          <w:szCs w:val="28"/>
          <w:lang w:eastAsia="ja-JP"/>
        </w:rPr>
        <w:t>のこと</w:t>
      </w:r>
      <w:r w:rsidRPr="008D1108">
        <w:rPr>
          <w:rFonts w:ascii="BIZ UDゴシック" w:eastAsia="BIZ UDゴシック" w:hAnsi="BIZ UDゴシック" w:hint="eastAsia"/>
          <w:sz w:val="28"/>
          <w:szCs w:val="28"/>
          <w:lang w:eastAsia="ja-JP"/>
        </w:rPr>
        <w:t>を</w:t>
      </w:r>
      <w:r w:rsidR="00A32B42" w:rsidRPr="008D1108">
        <w:rPr>
          <w:rFonts w:ascii="BIZ UDゴシック" w:eastAsia="BIZ UDゴシック" w:hAnsi="BIZ UDゴシック" w:hint="eastAsia"/>
          <w:sz w:val="28"/>
          <w:szCs w:val="28"/>
          <w:lang w:eastAsia="ja-JP"/>
        </w:rPr>
        <w:t xml:space="preserve"> </w:t>
      </w:r>
      <w:r>
        <w:rPr>
          <w:rFonts w:ascii="BIZ UDゴシック" w:eastAsia="BIZ UDゴシック" w:hAnsi="BIZ UDゴシック"/>
          <w:sz w:val="28"/>
          <w:szCs w:val="28"/>
          <w:lang w:eastAsia="ja-JP"/>
        </w:rPr>
        <w:ruby>
          <w:rubyPr>
            <w:rubyAlign w:val="distributeSpace"/>
            <w:hps w:val="16"/>
            <w:hpsRaise w:val="26"/>
            <w:hpsBaseText w:val="28"/>
            <w:lid w:val="ja-JP"/>
          </w:rubyPr>
          <w:rt>
            <w:r w:rsidR="008D1108" w:rsidRPr="008D1108">
              <w:rPr>
                <w:rFonts w:ascii="BIZ UDゴシック" w:eastAsia="BIZ UDゴシック" w:hAnsi="BIZ UDゴシック"/>
                <w:sz w:val="16"/>
                <w:szCs w:val="28"/>
                <w:lang w:eastAsia="ja-JP"/>
              </w:rPr>
              <w:t>はな</w:t>
            </w:r>
          </w:rt>
          <w:rubyBase>
            <w:r w:rsidR="008D1108">
              <w:rPr>
                <w:rFonts w:ascii="BIZ UDゴシック" w:eastAsia="BIZ UDゴシック" w:hAnsi="BIZ UDゴシック"/>
                <w:sz w:val="28"/>
                <w:szCs w:val="28"/>
                <w:lang w:eastAsia="ja-JP"/>
              </w:rPr>
              <w:t>話</w:t>
            </w:r>
          </w:rubyBase>
        </w:ruby>
      </w:r>
      <w:r w:rsidRPr="008D1108">
        <w:rPr>
          <w:rFonts w:ascii="BIZ UDゴシック" w:eastAsia="BIZ UDゴシック" w:hAnsi="BIZ UDゴシック" w:hint="eastAsia"/>
          <w:sz w:val="28"/>
          <w:szCs w:val="28"/>
          <w:lang w:eastAsia="ja-JP"/>
        </w:rPr>
        <w:t>しましょう</w:t>
      </w:r>
      <w:r w:rsidRPr="008D1108">
        <w:rPr>
          <w:rFonts w:ascii="BIZ UDゴシック" w:eastAsia="BIZ UDゴシック" w:hAnsi="BIZ UDゴシック"/>
          <w:sz w:val="28"/>
          <w:szCs w:val="28"/>
          <w:lang w:eastAsia="ja-JP"/>
        </w:rPr>
        <w:t>。</w:t>
      </w:r>
      <w:r w:rsidR="008951A2" w:rsidRPr="008D1108">
        <w:rPr>
          <w:rFonts w:ascii="BIZ UDゴシック" w:eastAsia="BIZ UDゴシック" w:hAnsi="BIZ UDゴシック"/>
          <w:sz w:val="28"/>
          <w:szCs w:val="28"/>
          <w:lang w:eastAsia="ja-JP"/>
        </w:rPr>
        <w:br/>
      </w:r>
    </w:p>
    <w:p w14:paraId="430FBC89" w14:textId="0E2BA048" w:rsidR="00BA5BED" w:rsidRPr="00373D6E" w:rsidRDefault="00C86F53">
      <w:pPr>
        <w:rPr>
          <w:rFonts w:ascii="BIZ UDゴシック" w:eastAsia="BIZ UDゴシック" w:hAnsi="BIZ UDゴシック"/>
          <w:sz w:val="24"/>
          <w:szCs w:val="24"/>
          <w:u w:val="single"/>
          <w:lang w:eastAsia="ja-JP"/>
        </w:rPr>
      </w:pPr>
      <w:r w:rsidRPr="007D31A2">
        <w:rPr>
          <mc:AlternateContent>
            <mc:Choice Requires="w16se">
              <w:rFonts w:ascii="BIZ UDゴシック" w:eastAsia="BIZ UDゴシック" w:hAnsi="BIZ UDゴシック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sz w:val="44"/>
          <w:szCs w:val="24"/>
          <w:lang w:eastAsia="ja-JP"/>
        </w:rPr>
        <mc:AlternateContent>
          <mc:Choice Requires="w16se">
            <w16se:symEx w16se:font="Segoe UI Emoji" w16se:char="1F3E0"/>
          </mc:Choice>
          <mc:Fallback>
            <w:t>🏠</w:t>
          </mc:Fallback>
        </mc:AlternateContent>
      </w:r>
      <w:r w:rsidR="00CA4F52" w:rsidRPr="00373D6E">
        <w:rPr>
          <w:rFonts w:ascii="BIZ UDゴシック" w:eastAsia="BIZ UDゴシック" w:hAnsi="BIZ UDゴシック"/>
          <w:b/>
          <w:sz w:val="44"/>
          <w:szCs w:val="24"/>
          <w:u w:val="single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CA4F52" w:rsidRPr="00373D6E">
              <w:rPr>
                <w:rFonts w:ascii="BIZ UDゴシック" w:eastAsia="BIZ UDゴシック" w:hAnsi="BIZ UDゴシック"/>
                <w:b/>
                <w:szCs w:val="24"/>
                <w:u w:val="single"/>
                <w:lang w:eastAsia="ja-JP"/>
              </w:rPr>
              <w:t>あき</w:t>
            </w:r>
          </w:rt>
          <w:rubyBase>
            <w:r w:rsidR="00CA4F52" w:rsidRPr="00373D6E">
              <w:rPr>
                <w:rFonts w:ascii="BIZ UDゴシック" w:eastAsia="BIZ UDゴシック" w:hAnsi="BIZ UDゴシック"/>
                <w:b/>
                <w:sz w:val="44"/>
                <w:szCs w:val="24"/>
                <w:u w:val="single"/>
                <w:lang w:eastAsia="ja-JP"/>
              </w:rPr>
              <w:t>空</w:t>
            </w:r>
          </w:rubyBase>
        </w:ruby>
      </w:r>
      <w:r w:rsidR="00CA4F52" w:rsidRPr="00373D6E">
        <w:rPr>
          <w:rFonts w:ascii="BIZ UDゴシック" w:eastAsia="BIZ UDゴシック" w:hAnsi="BIZ UDゴシック"/>
          <w:b/>
          <w:sz w:val="44"/>
          <w:szCs w:val="24"/>
          <w:u w:val="single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CA4F52" w:rsidRPr="00373D6E">
              <w:rPr>
                <w:rFonts w:ascii="BIZ UDゴシック" w:eastAsia="BIZ UDゴシック" w:hAnsi="BIZ UDゴシック"/>
                <w:b/>
                <w:szCs w:val="24"/>
                <w:u w:val="single"/>
                <w:lang w:eastAsia="ja-JP"/>
              </w:rPr>
              <w:t>や</w:t>
            </w:r>
          </w:rt>
          <w:rubyBase>
            <w:r w:rsidR="00CA4F52" w:rsidRPr="00373D6E">
              <w:rPr>
                <w:rFonts w:ascii="BIZ UDゴシック" w:eastAsia="BIZ UDゴシック" w:hAnsi="BIZ UDゴシック"/>
                <w:b/>
                <w:sz w:val="44"/>
                <w:szCs w:val="24"/>
                <w:u w:val="single"/>
                <w:lang w:eastAsia="ja-JP"/>
              </w:rPr>
              <w:t>家</w:t>
            </w:r>
          </w:rubyBase>
        </w:ruby>
      </w:r>
      <w:r w:rsidR="00CA4F52" w:rsidRPr="00373D6E">
        <w:rPr>
          <w:rFonts w:ascii="BIZ UDゴシック" w:eastAsia="BIZ UDゴシック" w:hAnsi="BIZ UDゴシック"/>
          <w:b/>
          <w:sz w:val="44"/>
          <w:szCs w:val="24"/>
          <w:u w:val="single"/>
          <w:lang w:eastAsia="ja-JP"/>
        </w:rPr>
        <w:t>に</w:t>
      </w:r>
      <w:r w:rsidR="00A32B42" w:rsidRPr="00373D6E">
        <w:rPr>
          <w:rFonts w:ascii="BIZ UDゴシック" w:eastAsia="BIZ UDゴシック" w:hAnsi="BIZ UDゴシック" w:hint="eastAsia"/>
          <w:b/>
          <w:sz w:val="44"/>
          <w:szCs w:val="24"/>
          <w:u w:val="single"/>
          <w:lang w:eastAsia="ja-JP"/>
        </w:rPr>
        <w:t xml:space="preserve"> </w:t>
      </w:r>
      <w:r w:rsidR="00CA4F52" w:rsidRPr="00373D6E">
        <w:rPr>
          <w:rFonts w:ascii="BIZ UDゴシック" w:eastAsia="BIZ UDゴシック" w:hAnsi="BIZ UDゴシック"/>
          <w:b/>
          <w:sz w:val="44"/>
          <w:szCs w:val="24"/>
          <w:u w:val="single"/>
          <w:lang w:eastAsia="ja-JP"/>
        </w:rPr>
        <w:t>なるのは、どんなとき？</w:t>
      </w:r>
    </w:p>
    <w:p w14:paraId="1B358A7C" w14:textId="4EDA4C2E" w:rsidR="008951A2" w:rsidRPr="00D80C1F" w:rsidRDefault="00D80C1F">
      <w:pPr>
        <w:rPr>
          <w:rFonts w:ascii="BIZ UDゴシック" w:eastAsia="BIZ UDゴシック" w:hAnsi="BIZ UDゴシック"/>
          <w:sz w:val="24"/>
          <w:szCs w:val="24"/>
          <w:lang w:eastAsia="ja-JP"/>
        </w:rPr>
      </w:pPr>
      <w:r w:rsidRPr="00D80C1F">
        <w:rPr>
          <w:rFonts w:ascii="BIZ UDゴシック" w:eastAsia="BIZ UDゴシック" w:hAnsi="BIZ UDゴシック"/>
          <w:sz w:val="24"/>
          <w:szCs w:val="24"/>
          <w:lang w:eastAsia="ja-JP"/>
        </w:rPr>
        <w:t>よくある</w:t>
      </w:r>
      <w:r w:rsidR="00A32B42">
        <w:rPr>
          <w:rFonts w:ascii="BIZ UDゴシック" w:eastAsia="BIZ UDゴシック" w:hAnsi="BIZ UDゴシック" w:hint="eastAsia"/>
          <w:sz w:val="24"/>
          <w:szCs w:val="24"/>
          <w:lang w:eastAsia="ja-JP"/>
        </w:rPr>
        <w:t xml:space="preserve"> </w:t>
      </w:r>
      <w:r w:rsidRPr="00D80C1F">
        <w:rPr>
          <w:rFonts w:ascii="BIZ UDゴシック" w:eastAsia="BIZ UDゴシック" w:hAnsi="BIZ UDゴシック"/>
          <w:sz w:val="24"/>
          <w:szCs w:val="24"/>
          <w:lang w:eastAsia="ja-JP"/>
        </w:rPr>
        <w:t>きっかけ</w:t>
      </w:r>
      <w:r w:rsidRPr="00D80C1F">
        <w:rPr>
          <w:rFonts w:ascii="BIZ UDゴシック" w:eastAsia="BIZ UDゴシック" w:hAnsi="BIZ UDゴシック"/>
          <w:sz w:val="24"/>
          <w:szCs w:val="24"/>
          <w:lang w:eastAsia="ja-JP"/>
        </w:rPr>
        <w:br/>
        <w:t>・</w:t>
      </w:r>
      <w:r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D80C1F" w:rsidRPr="00D80C1F">
              <w:rPr>
                <w:rFonts w:ascii="BIZ UDゴシック" w:eastAsia="BIZ UDゴシック" w:hAnsi="BIZ UDゴシック"/>
                <w:sz w:val="14"/>
                <w:szCs w:val="24"/>
                <w:lang w:eastAsia="ja-JP"/>
              </w:rPr>
              <w:t>す</w:t>
            </w:r>
          </w:rt>
          <w:rubyBase>
            <w:r w:rsidR="00D80C1F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住</w:t>
            </w:r>
          </w:rubyBase>
        </w:ruby>
      </w:r>
      <w:r w:rsidRPr="00D80C1F">
        <w:rPr>
          <w:rFonts w:ascii="BIZ UDゴシック" w:eastAsia="BIZ UDゴシック" w:hAnsi="BIZ UDゴシック"/>
          <w:sz w:val="24"/>
          <w:szCs w:val="24"/>
          <w:lang w:eastAsia="ja-JP"/>
        </w:rPr>
        <w:t>んでいた</w:t>
      </w:r>
      <w:r w:rsidR="00A32B42">
        <w:rPr>
          <w:rFonts w:ascii="BIZ UDゴシック" w:eastAsia="BIZ UDゴシック" w:hAnsi="BIZ UDゴシック" w:hint="eastAsia"/>
          <w:sz w:val="24"/>
          <w:szCs w:val="24"/>
          <w:lang w:eastAsia="ja-JP"/>
        </w:rPr>
        <w:t xml:space="preserve"> </w:t>
      </w:r>
      <w:r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D80C1F" w:rsidRPr="00D80C1F">
              <w:rPr>
                <w:rFonts w:ascii="BIZ UDゴシック" w:eastAsia="BIZ UDゴシック" w:hAnsi="BIZ UDゴシック"/>
                <w:sz w:val="14"/>
                <w:szCs w:val="24"/>
                <w:lang w:eastAsia="ja-JP"/>
              </w:rPr>
              <w:t>ひと</w:t>
            </w:r>
          </w:rt>
          <w:rubyBase>
            <w:r w:rsidR="00D80C1F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人</w:t>
            </w:r>
          </w:rubyBase>
        </w:ruby>
      </w:r>
      <w:r w:rsidRPr="00D80C1F">
        <w:rPr>
          <w:rFonts w:ascii="BIZ UDゴシック" w:eastAsia="BIZ UDゴシック" w:hAnsi="BIZ UDゴシック"/>
          <w:sz w:val="24"/>
          <w:szCs w:val="24"/>
          <w:lang w:eastAsia="ja-JP"/>
        </w:rPr>
        <w:t>が、</w:t>
      </w:r>
      <w:r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D80C1F" w:rsidRPr="00D80C1F">
              <w:rPr>
                <w:rFonts w:ascii="BIZ UDゴシック" w:eastAsia="BIZ UDゴシック" w:hAnsi="BIZ UDゴシック"/>
                <w:sz w:val="14"/>
                <w:szCs w:val="24"/>
                <w:lang w:eastAsia="ja-JP"/>
              </w:rPr>
              <w:t>ひっこ</w:t>
            </w:r>
          </w:rt>
          <w:rubyBase>
            <w:r w:rsidR="00D80C1F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引っ越</w:t>
            </w:r>
          </w:rubyBase>
        </w:ruby>
      </w:r>
      <w:r w:rsidRPr="00D80C1F">
        <w:rPr>
          <w:rFonts w:ascii="BIZ UDゴシック" w:eastAsia="BIZ UDゴシック" w:hAnsi="BIZ UDゴシック"/>
          <w:sz w:val="24"/>
          <w:szCs w:val="24"/>
          <w:lang w:eastAsia="ja-JP"/>
        </w:rPr>
        <w:t>した</w:t>
      </w:r>
      <w:r w:rsidR="00A32B42">
        <w:rPr>
          <w:rFonts w:ascii="BIZ UDゴシック" w:eastAsia="BIZ UDゴシック" w:hAnsi="BIZ UDゴシック" w:hint="eastAsia"/>
          <w:sz w:val="24"/>
          <w:szCs w:val="24"/>
          <w:lang w:eastAsia="ja-JP"/>
        </w:rPr>
        <w:t xml:space="preserve"> </w:t>
      </w:r>
      <w:r w:rsidRPr="00D80C1F">
        <w:rPr>
          <w:rFonts w:ascii="BIZ UDゴシック" w:eastAsia="BIZ UDゴシック" w:hAnsi="BIZ UDゴシック"/>
          <w:sz w:val="24"/>
          <w:szCs w:val="24"/>
          <w:lang w:eastAsia="ja-JP"/>
        </w:rPr>
        <w:t>とき</w:t>
      </w:r>
      <w:r w:rsidRPr="00D80C1F">
        <w:rPr>
          <w:rFonts w:ascii="BIZ UDゴシック" w:eastAsia="BIZ UDゴシック" w:hAnsi="BIZ UDゴシック"/>
          <w:sz w:val="24"/>
          <w:szCs w:val="24"/>
          <w:lang w:eastAsia="ja-JP"/>
        </w:rPr>
        <w:br/>
        <w:t>・</w:t>
      </w:r>
      <w:r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D80C1F" w:rsidRPr="00D80C1F">
              <w:rPr>
                <w:rFonts w:ascii="BIZ UDゴシック" w:eastAsia="BIZ UDゴシック" w:hAnsi="BIZ UDゴシック"/>
                <w:sz w:val="14"/>
                <w:szCs w:val="24"/>
                <w:lang w:eastAsia="ja-JP"/>
              </w:rPr>
              <w:t>ろうじん</w:t>
            </w:r>
          </w:rt>
          <w:rubyBase>
            <w:r w:rsidR="00D80C1F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老人</w:t>
            </w:r>
          </w:rubyBase>
        </w:ruby>
      </w:r>
      <w:r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D80C1F" w:rsidRPr="00D80C1F">
              <w:rPr>
                <w:rFonts w:ascii="BIZ UDゴシック" w:eastAsia="BIZ UDゴシック" w:hAnsi="BIZ UDゴシック"/>
                <w:sz w:val="14"/>
                <w:szCs w:val="24"/>
                <w:lang w:eastAsia="ja-JP"/>
              </w:rPr>
              <w:t>ほーむ</w:t>
            </w:r>
          </w:rt>
          <w:rubyBase>
            <w:r w:rsidR="00D80C1F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ホーム</w:t>
            </w:r>
          </w:rubyBase>
        </w:ruby>
      </w:r>
      <w:r w:rsidR="00A32B42">
        <w:rPr>
          <w:rFonts w:ascii="BIZ UDゴシック" w:eastAsia="BIZ UDゴシック" w:hAnsi="BIZ UDゴシック" w:hint="eastAsia"/>
          <w:sz w:val="24"/>
          <w:szCs w:val="24"/>
          <w:lang w:eastAsia="ja-JP"/>
        </w:rPr>
        <w:t xml:space="preserve"> </w:t>
      </w:r>
      <w:r w:rsidRPr="00D80C1F">
        <w:rPr>
          <w:rFonts w:ascii="BIZ UDゴシック" w:eastAsia="BIZ UDゴシック" w:hAnsi="BIZ UDゴシック"/>
          <w:sz w:val="24"/>
          <w:szCs w:val="24"/>
          <w:lang w:eastAsia="ja-JP"/>
        </w:rPr>
        <w:t>などの</w:t>
      </w:r>
      <w:r w:rsidR="00A32B42">
        <w:rPr>
          <w:rFonts w:ascii="BIZ UDゴシック" w:eastAsia="BIZ UDゴシック" w:hAnsi="BIZ UDゴシック" w:hint="eastAsia"/>
          <w:sz w:val="24"/>
          <w:szCs w:val="24"/>
          <w:lang w:eastAsia="ja-JP"/>
        </w:rPr>
        <w:t xml:space="preserve"> </w:t>
      </w:r>
      <w:r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D80C1F" w:rsidRPr="00D80C1F">
              <w:rPr>
                <w:rFonts w:ascii="BIZ UDゴシック" w:eastAsia="BIZ UDゴシック" w:hAnsi="BIZ UDゴシック"/>
                <w:sz w:val="14"/>
                <w:szCs w:val="24"/>
                <w:lang w:eastAsia="ja-JP"/>
              </w:rPr>
              <w:t>しせつ</w:t>
            </w:r>
          </w:rt>
          <w:rubyBase>
            <w:r w:rsidR="00D80C1F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施設</w:t>
            </w:r>
          </w:rubyBase>
        </w:ruby>
      </w:r>
      <w:r w:rsidRPr="00D80C1F">
        <w:rPr>
          <w:rFonts w:ascii="BIZ UDゴシック" w:eastAsia="BIZ UDゴシック" w:hAnsi="BIZ UDゴシック"/>
          <w:sz w:val="24"/>
          <w:szCs w:val="24"/>
          <w:lang w:eastAsia="ja-JP"/>
        </w:rPr>
        <w:t>に</w:t>
      </w:r>
      <w:r w:rsidR="00A32B42">
        <w:rPr>
          <w:rFonts w:ascii="BIZ UDゴシック" w:eastAsia="BIZ UDゴシック" w:hAnsi="BIZ UDゴシック" w:hint="eastAsia"/>
          <w:sz w:val="24"/>
          <w:szCs w:val="24"/>
          <w:lang w:eastAsia="ja-JP"/>
        </w:rPr>
        <w:t xml:space="preserve"> </w:t>
      </w:r>
      <w:r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D80C1F" w:rsidRPr="00D80C1F">
              <w:rPr>
                <w:rFonts w:ascii="BIZ UDゴシック" w:eastAsia="BIZ UDゴシック" w:hAnsi="BIZ UDゴシック"/>
                <w:sz w:val="14"/>
                <w:szCs w:val="24"/>
                <w:lang w:eastAsia="ja-JP"/>
              </w:rPr>
              <w:t>はい</w:t>
            </w:r>
          </w:rt>
          <w:rubyBase>
            <w:r w:rsidR="00D80C1F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入</w:t>
            </w:r>
          </w:rubyBase>
        </w:ruby>
      </w:r>
      <w:r w:rsidRPr="00D80C1F">
        <w:rPr>
          <w:rFonts w:ascii="BIZ UDゴシック" w:eastAsia="BIZ UDゴシック" w:hAnsi="BIZ UDゴシック"/>
          <w:sz w:val="24"/>
          <w:szCs w:val="24"/>
          <w:lang w:eastAsia="ja-JP"/>
        </w:rPr>
        <w:t>った</w:t>
      </w:r>
      <w:r w:rsidR="00A32B42">
        <w:rPr>
          <w:rFonts w:ascii="BIZ UDゴシック" w:eastAsia="BIZ UDゴシック" w:hAnsi="BIZ UDゴシック" w:hint="eastAsia"/>
          <w:sz w:val="24"/>
          <w:szCs w:val="24"/>
          <w:lang w:eastAsia="ja-JP"/>
        </w:rPr>
        <w:t xml:space="preserve"> </w:t>
      </w:r>
      <w:r w:rsidRPr="00D80C1F">
        <w:rPr>
          <w:rFonts w:ascii="BIZ UDゴシック" w:eastAsia="BIZ UDゴシック" w:hAnsi="BIZ UDゴシック"/>
          <w:sz w:val="24"/>
          <w:szCs w:val="24"/>
          <w:lang w:eastAsia="ja-JP"/>
        </w:rPr>
        <w:t>とき</w:t>
      </w:r>
      <w:r w:rsidRPr="00D80C1F">
        <w:rPr>
          <w:rFonts w:ascii="BIZ UDゴシック" w:eastAsia="BIZ UDゴシック" w:hAnsi="BIZ UDゴシック"/>
          <w:sz w:val="24"/>
          <w:szCs w:val="24"/>
          <w:lang w:eastAsia="ja-JP"/>
        </w:rPr>
        <w:br/>
        <w:t>・</w:t>
      </w:r>
      <w:r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D80C1F" w:rsidRPr="00D80C1F">
              <w:rPr>
                <w:rFonts w:ascii="BIZ UDゴシック" w:eastAsia="BIZ UDゴシック" w:hAnsi="BIZ UDゴシック"/>
                <w:sz w:val="14"/>
                <w:szCs w:val="24"/>
                <w:lang w:eastAsia="ja-JP"/>
              </w:rPr>
              <w:t>す</w:t>
            </w:r>
          </w:rt>
          <w:rubyBase>
            <w:r w:rsidR="00D80C1F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住</w:t>
            </w:r>
          </w:rubyBase>
        </w:ruby>
      </w:r>
      <w:r w:rsidRPr="00D80C1F">
        <w:rPr>
          <w:rFonts w:ascii="BIZ UDゴシック" w:eastAsia="BIZ UDゴシック" w:hAnsi="BIZ UDゴシック"/>
          <w:sz w:val="24"/>
          <w:szCs w:val="24"/>
          <w:lang w:eastAsia="ja-JP"/>
        </w:rPr>
        <w:t>んでいた</w:t>
      </w:r>
      <w:r w:rsidR="00A32B42">
        <w:rPr>
          <w:rFonts w:ascii="BIZ UDゴシック" w:eastAsia="BIZ UDゴシック" w:hAnsi="BIZ UDゴシック" w:hint="eastAsia"/>
          <w:sz w:val="24"/>
          <w:szCs w:val="24"/>
          <w:lang w:eastAsia="ja-JP"/>
        </w:rPr>
        <w:t xml:space="preserve"> </w:t>
      </w:r>
      <w:r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D80C1F" w:rsidRPr="00D80C1F">
              <w:rPr>
                <w:rFonts w:ascii="BIZ UDゴシック" w:eastAsia="BIZ UDゴシック" w:hAnsi="BIZ UDゴシック"/>
                <w:sz w:val="14"/>
                <w:szCs w:val="24"/>
                <w:lang w:eastAsia="ja-JP"/>
              </w:rPr>
              <w:t>ひと</w:t>
            </w:r>
          </w:rt>
          <w:rubyBase>
            <w:r w:rsidR="00D80C1F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人</w:t>
            </w:r>
          </w:rubyBase>
        </w:ruby>
      </w:r>
      <w:r w:rsidRPr="00D80C1F">
        <w:rPr>
          <w:rFonts w:ascii="BIZ UDゴシック" w:eastAsia="BIZ UDゴシック" w:hAnsi="BIZ UDゴシック"/>
          <w:sz w:val="24"/>
          <w:szCs w:val="24"/>
          <w:lang w:eastAsia="ja-JP"/>
        </w:rPr>
        <w:t>が</w:t>
      </w:r>
      <w:r w:rsidR="00A32B42">
        <w:rPr>
          <w:rFonts w:ascii="BIZ UDゴシック" w:eastAsia="BIZ UDゴシック" w:hAnsi="BIZ UDゴシック" w:hint="eastAsia"/>
          <w:sz w:val="24"/>
          <w:szCs w:val="24"/>
          <w:lang w:eastAsia="ja-JP"/>
        </w:rPr>
        <w:t xml:space="preserve"> </w:t>
      </w:r>
      <w:r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D80C1F" w:rsidRPr="00D80C1F">
              <w:rPr>
                <w:rFonts w:ascii="BIZ UDゴシック" w:eastAsia="BIZ UDゴシック" w:hAnsi="BIZ UDゴシック"/>
                <w:sz w:val="14"/>
                <w:szCs w:val="24"/>
                <w:lang w:eastAsia="ja-JP"/>
              </w:rPr>
              <w:t>な</w:t>
            </w:r>
          </w:rt>
          <w:rubyBase>
            <w:r w:rsidR="00D80C1F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亡</w:t>
            </w:r>
          </w:rubyBase>
        </w:ruby>
      </w:r>
      <w:r w:rsidRPr="00D80C1F">
        <w:rPr>
          <w:rFonts w:ascii="BIZ UDゴシック" w:eastAsia="BIZ UDゴシック" w:hAnsi="BIZ UDゴシック"/>
          <w:sz w:val="24"/>
          <w:szCs w:val="24"/>
          <w:lang w:eastAsia="ja-JP"/>
        </w:rPr>
        <w:t>くなった</w:t>
      </w:r>
      <w:r w:rsidR="00A32B42">
        <w:rPr>
          <w:rFonts w:ascii="BIZ UDゴシック" w:eastAsia="BIZ UDゴシック" w:hAnsi="BIZ UDゴシック" w:hint="eastAsia"/>
          <w:sz w:val="24"/>
          <w:szCs w:val="24"/>
          <w:lang w:eastAsia="ja-JP"/>
        </w:rPr>
        <w:t xml:space="preserve"> </w:t>
      </w:r>
      <w:r w:rsidRPr="00D80C1F">
        <w:rPr>
          <w:rFonts w:ascii="BIZ UDゴシック" w:eastAsia="BIZ UDゴシック" w:hAnsi="BIZ UDゴシック"/>
          <w:sz w:val="24"/>
          <w:szCs w:val="24"/>
          <w:lang w:eastAsia="ja-JP"/>
        </w:rPr>
        <w:t>とき</w:t>
      </w:r>
    </w:p>
    <w:p w14:paraId="761BF133" w14:textId="77777777" w:rsidR="008951A2" w:rsidRPr="00D80C1F" w:rsidRDefault="008951A2">
      <w:pPr>
        <w:rPr>
          <w:rFonts w:ascii="BIZ UDゴシック" w:eastAsia="BIZ UDゴシック" w:hAnsi="BIZ UDゴシック"/>
          <w:sz w:val="24"/>
          <w:szCs w:val="24"/>
          <w:lang w:eastAsia="ja-JP"/>
        </w:rPr>
      </w:pPr>
    </w:p>
    <w:p w14:paraId="0ADC861A" w14:textId="5AEFC02A" w:rsidR="00BA5BED" w:rsidRPr="00373D6E" w:rsidRDefault="00C86F53">
      <w:pPr>
        <w:rPr>
          <w:rFonts w:ascii="BIZ UDゴシック" w:eastAsia="BIZ UDゴシック" w:hAnsi="BIZ UDゴシック"/>
          <w:sz w:val="24"/>
          <w:szCs w:val="24"/>
          <w:u w:val="single"/>
          <w:lang w:eastAsia="ja-JP"/>
        </w:rPr>
      </w:pPr>
      <w:r w:rsidRPr="007D31A2">
        <w:rPr>
          <mc:AlternateContent>
            <mc:Choice Requires="w16se">
              <w:rFonts w:ascii="BIZ UDゴシック" w:eastAsia="BIZ UDゴシック" w:hAnsi="BIZ UDゴシック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sz w:val="44"/>
          <w:szCs w:val="24"/>
          <w:lang w:eastAsia="ja-JP"/>
        </w:rPr>
        <mc:AlternateContent>
          <mc:Choice Requires="w16se">
            <w16se:symEx w16se:font="Segoe UI Emoji" w16se:char="1F528"/>
          </mc:Choice>
          <mc:Fallback>
            <w:t>🔨</w:t>
          </mc:Fallback>
        </mc:AlternateContent>
      </w:r>
      <w:r w:rsidR="00CA4F52" w:rsidRPr="00373D6E">
        <w:rPr>
          <w:rFonts w:ascii="BIZ UDゴシック" w:eastAsia="BIZ UDゴシック" w:hAnsi="BIZ UDゴシック"/>
          <w:b/>
          <w:sz w:val="44"/>
          <w:szCs w:val="24"/>
          <w:u w:val="single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CA4F52" w:rsidRPr="00373D6E">
              <w:rPr>
                <w:rFonts w:ascii="BIZ UDゴシック" w:eastAsia="BIZ UDゴシック" w:hAnsi="BIZ UDゴシック"/>
                <w:b/>
                <w:szCs w:val="24"/>
                <w:u w:val="single"/>
                <w:lang w:eastAsia="ja-JP"/>
              </w:rPr>
              <w:t>あき</w:t>
            </w:r>
          </w:rt>
          <w:rubyBase>
            <w:r w:rsidR="00CA4F52" w:rsidRPr="00373D6E">
              <w:rPr>
                <w:rFonts w:ascii="BIZ UDゴシック" w:eastAsia="BIZ UDゴシック" w:hAnsi="BIZ UDゴシック"/>
                <w:b/>
                <w:sz w:val="44"/>
                <w:szCs w:val="24"/>
                <w:u w:val="single"/>
                <w:lang w:eastAsia="ja-JP"/>
              </w:rPr>
              <w:t>空</w:t>
            </w:r>
          </w:rubyBase>
        </w:ruby>
      </w:r>
      <w:r w:rsidR="00CA4F52" w:rsidRPr="00373D6E">
        <w:rPr>
          <w:rFonts w:ascii="BIZ UDゴシック" w:eastAsia="BIZ UDゴシック" w:hAnsi="BIZ UDゴシック"/>
          <w:b/>
          <w:sz w:val="44"/>
          <w:szCs w:val="24"/>
          <w:u w:val="single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CA4F52" w:rsidRPr="00373D6E">
              <w:rPr>
                <w:rFonts w:ascii="BIZ UDゴシック" w:eastAsia="BIZ UDゴシック" w:hAnsi="BIZ UDゴシック"/>
                <w:b/>
                <w:szCs w:val="24"/>
                <w:u w:val="single"/>
                <w:lang w:eastAsia="ja-JP"/>
              </w:rPr>
              <w:t>や</w:t>
            </w:r>
          </w:rt>
          <w:rubyBase>
            <w:r w:rsidR="00CA4F52" w:rsidRPr="00373D6E">
              <w:rPr>
                <w:rFonts w:ascii="BIZ UDゴシック" w:eastAsia="BIZ UDゴシック" w:hAnsi="BIZ UDゴシック"/>
                <w:b/>
                <w:sz w:val="44"/>
                <w:szCs w:val="24"/>
                <w:u w:val="single"/>
                <w:lang w:eastAsia="ja-JP"/>
              </w:rPr>
              <w:t>家</w:t>
            </w:r>
          </w:rubyBase>
        </w:ruby>
      </w:r>
      <w:r w:rsidR="00CA4F52" w:rsidRPr="00373D6E">
        <w:rPr>
          <w:rFonts w:ascii="BIZ UDゴシック" w:eastAsia="BIZ UDゴシック" w:hAnsi="BIZ UDゴシック"/>
          <w:b/>
          <w:sz w:val="44"/>
          <w:szCs w:val="24"/>
          <w:u w:val="single"/>
          <w:lang w:eastAsia="ja-JP"/>
        </w:rPr>
        <w:t>を</w:t>
      </w:r>
      <w:r w:rsidR="00A32B42" w:rsidRPr="00373D6E">
        <w:rPr>
          <w:rFonts w:ascii="BIZ UDゴシック" w:eastAsia="BIZ UDゴシック" w:hAnsi="BIZ UDゴシック" w:hint="eastAsia"/>
          <w:b/>
          <w:sz w:val="44"/>
          <w:szCs w:val="24"/>
          <w:u w:val="single"/>
          <w:lang w:eastAsia="ja-JP"/>
        </w:rPr>
        <w:t xml:space="preserve"> </w:t>
      </w:r>
      <w:r w:rsidR="00CA4F52" w:rsidRPr="00373D6E">
        <w:rPr>
          <w:rFonts w:ascii="BIZ UDゴシック" w:eastAsia="BIZ UDゴシック" w:hAnsi="BIZ UDゴシック"/>
          <w:b/>
          <w:sz w:val="44"/>
          <w:szCs w:val="24"/>
          <w:u w:val="single"/>
          <w:lang w:eastAsia="ja-JP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CA4F52" w:rsidRPr="00373D6E">
              <w:rPr>
                <w:rFonts w:ascii="BIZ UDゴシック" w:eastAsia="BIZ UDゴシック" w:hAnsi="BIZ UDゴシック"/>
                <w:b/>
                <w:szCs w:val="24"/>
                <w:u w:val="single"/>
                <w:lang w:eastAsia="ja-JP"/>
              </w:rPr>
              <w:t>かんり</w:t>
            </w:r>
          </w:rt>
          <w:rubyBase>
            <w:r w:rsidR="00CA4F52" w:rsidRPr="00373D6E">
              <w:rPr>
                <w:rFonts w:ascii="BIZ UDゴシック" w:eastAsia="BIZ UDゴシック" w:hAnsi="BIZ UDゴシック"/>
                <w:b/>
                <w:sz w:val="44"/>
                <w:szCs w:val="24"/>
                <w:u w:val="single"/>
                <w:lang w:eastAsia="ja-JP"/>
              </w:rPr>
              <w:t>管理</w:t>
            </w:r>
          </w:rubyBase>
        </w:ruby>
      </w:r>
      <w:r w:rsidR="00CA4F52" w:rsidRPr="00373D6E">
        <w:rPr>
          <w:rFonts w:ascii="BIZ UDゴシック" w:eastAsia="BIZ UDゴシック" w:hAnsi="BIZ UDゴシック"/>
          <w:b/>
          <w:sz w:val="44"/>
          <w:szCs w:val="24"/>
          <w:u w:val="single"/>
          <w:lang w:eastAsia="ja-JP"/>
        </w:rPr>
        <w:t>しないと、どうなる？</w:t>
      </w:r>
    </w:p>
    <w:p w14:paraId="22052F69" w14:textId="7735F455" w:rsidR="008951A2" w:rsidRDefault="00954F75">
      <w:pPr>
        <w:rPr>
          <w:rFonts w:ascii="BIZ UDゴシック" w:eastAsia="BIZ UDゴシック" w:hAnsi="BIZ UDゴシック"/>
          <w:sz w:val="24"/>
          <w:szCs w:val="24"/>
          <w:lang w:eastAsia="ja-JP"/>
        </w:rPr>
      </w:pPr>
      <w:r>
        <w:rPr>
          <w:rFonts w:ascii="BIZ UDゴシック" w:eastAsia="BIZ UDゴシック" w:hAnsi="BIZ UDゴシック" w:hint="eastAsia"/>
          <w:sz w:val="24"/>
          <w:szCs w:val="24"/>
          <w:lang w:eastAsia="ja-JP"/>
        </w:rPr>
        <w:t>・</w:t>
      </w:r>
      <w:r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954F75" w:rsidRPr="00D80C1F">
              <w:rPr>
                <w:rFonts w:ascii="BIZ UDゴシック" w:eastAsia="BIZ UDゴシック" w:hAnsi="BIZ UDゴシック"/>
                <w:sz w:val="14"/>
                <w:szCs w:val="24"/>
                <w:lang w:eastAsia="ja-JP"/>
              </w:rPr>
              <w:t>にわき</w:t>
            </w:r>
          </w:rt>
          <w:rubyBase>
            <w:r w:rsidR="00954F75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庭木</w:t>
            </w:r>
          </w:rubyBase>
        </w:ruby>
      </w:r>
      <w:r w:rsidRPr="00D80C1F">
        <w:rPr>
          <w:rFonts w:ascii="BIZ UDゴシック" w:eastAsia="BIZ UDゴシック" w:hAnsi="BIZ UDゴシック"/>
          <w:sz w:val="24"/>
          <w:szCs w:val="24"/>
          <w:lang w:eastAsia="ja-JP"/>
        </w:rPr>
        <w:t>・</w:t>
      </w:r>
      <w:r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954F75" w:rsidRPr="00D80C1F">
              <w:rPr>
                <w:rFonts w:ascii="BIZ UDゴシック" w:eastAsia="BIZ UDゴシック" w:hAnsi="BIZ UDゴシック"/>
                <w:sz w:val="14"/>
                <w:szCs w:val="24"/>
                <w:lang w:eastAsia="ja-JP"/>
              </w:rPr>
              <w:t>ざっそう</w:t>
            </w:r>
          </w:rt>
          <w:rubyBase>
            <w:r w:rsidR="00954F75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雑草</w:t>
            </w:r>
          </w:rubyBase>
        </w:ruby>
      </w:r>
      <w:r w:rsidR="00176A9F">
        <w:rPr>
          <w:rFonts w:ascii="BIZ UDゴシック" w:eastAsia="BIZ UDゴシック" w:hAnsi="BIZ UDゴシック" w:hint="eastAsia"/>
          <w:sz w:val="24"/>
          <w:szCs w:val="24"/>
          <w:lang w:eastAsia="ja-JP"/>
        </w:rPr>
        <w:t xml:space="preserve">が </w:t>
      </w:r>
      <w:r w:rsidR="00176A9F"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6A9F" w:rsidRPr="00176A9F">
              <w:rPr>
                <w:rFonts w:ascii="BIZ UDゴシック" w:eastAsia="BIZ UDゴシック" w:hAnsi="BIZ UDゴシック"/>
                <w:sz w:val="12"/>
                <w:szCs w:val="24"/>
                <w:lang w:eastAsia="ja-JP"/>
              </w:rPr>
              <w:t>はんも</w:t>
            </w:r>
          </w:rt>
          <w:rubyBase>
            <w:r w:rsidR="00176A9F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繁茂</w:t>
            </w:r>
          </w:rubyBase>
        </w:ruby>
      </w:r>
      <w:r w:rsidR="00176A9F">
        <w:rPr>
          <w:rFonts w:ascii="BIZ UDゴシック" w:eastAsia="BIZ UDゴシック" w:hAnsi="BIZ UDゴシック" w:hint="eastAsia"/>
          <w:sz w:val="24"/>
          <w:szCs w:val="24"/>
          <w:lang w:eastAsia="ja-JP"/>
        </w:rPr>
        <w:t>したり</w:t>
      </w:r>
      <w:r w:rsidR="0033493A">
        <w:rPr>
          <w:rFonts w:ascii="BIZ UDゴシック" w:eastAsia="BIZ UDゴシック" w:hAnsi="BIZ UDゴシック" w:hint="eastAsia"/>
          <w:sz w:val="24"/>
          <w:szCs w:val="24"/>
          <w:lang w:eastAsia="ja-JP"/>
        </w:rPr>
        <w:t xml:space="preserve"> </w:t>
      </w:r>
      <w:r w:rsidR="0033493A"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33493A" w:rsidRPr="0033493A">
              <w:rPr>
                <w:rFonts w:ascii="BIZ UDゴシック" w:eastAsia="BIZ UDゴシック" w:hAnsi="BIZ UDゴシック"/>
                <w:sz w:val="12"/>
                <w:szCs w:val="24"/>
                <w:lang w:eastAsia="ja-JP"/>
              </w:rPr>
              <w:t>あきす</w:t>
            </w:r>
          </w:rt>
          <w:rubyBase>
            <w:r w:rsidR="0033493A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空き巣</w:t>
            </w:r>
          </w:rubyBase>
        </w:ruby>
      </w:r>
      <w:r w:rsidRPr="00D80C1F">
        <w:rPr>
          <w:rFonts w:ascii="BIZ UDゴシック" w:eastAsia="BIZ UDゴシック" w:hAnsi="BIZ UDゴシック"/>
          <w:sz w:val="24"/>
          <w:szCs w:val="24"/>
          <w:lang w:eastAsia="ja-JP"/>
        </w:rPr>
        <w:t>、</w:t>
      </w:r>
      <w:r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954F75" w:rsidRPr="00D80C1F">
              <w:rPr>
                <w:rFonts w:ascii="BIZ UDゴシック" w:eastAsia="BIZ UDゴシック" w:hAnsi="BIZ UDゴシック"/>
                <w:sz w:val="14"/>
                <w:szCs w:val="24"/>
                <w:lang w:eastAsia="ja-JP"/>
              </w:rPr>
              <w:t>かさい</w:t>
            </w:r>
          </w:rt>
          <w:rubyBase>
            <w:r w:rsidR="00954F75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火災</w:t>
            </w:r>
          </w:rubyBase>
        </w:ruby>
      </w:r>
      <w:r w:rsidRPr="00D80C1F">
        <w:rPr>
          <w:rFonts w:ascii="BIZ UDゴシック" w:eastAsia="BIZ UDゴシック" w:hAnsi="BIZ UDゴシック"/>
          <w:sz w:val="24"/>
          <w:szCs w:val="24"/>
          <w:lang w:eastAsia="ja-JP"/>
        </w:rPr>
        <w:t>、</w:t>
      </w:r>
      <w:r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954F75" w:rsidRPr="00D80C1F">
              <w:rPr>
                <w:rFonts w:ascii="BIZ UDゴシック" w:eastAsia="BIZ UDゴシック" w:hAnsi="BIZ UDゴシック"/>
                <w:sz w:val="14"/>
                <w:szCs w:val="24"/>
                <w:lang w:eastAsia="ja-JP"/>
              </w:rPr>
              <w:t>どうぶつ</w:t>
            </w:r>
          </w:rt>
          <w:rubyBase>
            <w:r w:rsidR="00954F75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動物</w:t>
            </w:r>
          </w:rubyBase>
        </w:ruby>
      </w:r>
      <w:r w:rsidRPr="00D80C1F">
        <w:rPr>
          <w:rFonts w:ascii="BIZ UDゴシック" w:eastAsia="BIZ UDゴシック" w:hAnsi="BIZ UDゴシック"/>
          <w:sz w:val="24"/>
          <w:szCs w:val="24"/>
          <w:lang w:eastAsia="ja-JP"/>
        </w:rPr>
        <w:t>の</w:t>
      </w:r>
      <w:r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954F75" w:rsidRPr="00D80C1F">
              <w:rPr>
                <w:rFonts w:ascii="BIZ UDゴシック" w:eastAsia="BIZ UDゴシック" w:hAnsi="BIZ UDゴシック"/>
                <w:sz w:val="14"/>
                <w:szCs w:val="24"/>
                <w:lang w:eastAsia="ja-JP"/>
              </w:rPr>
              <w:t>す</w:t>
            </w:r>
          </w:rt>
          <w:rubyBase>
            <w:r w:rsidR="00954F75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住</w:t>
            </w:r>
          </w:rubyBase>
        </w:ruby>
      </w:r>
      <w:r w:rsidRPr="00D80C1F">
        <w:rPr>
          <w:rFonts w:ascii="BIZ UDゴシック" w:eastAsia="BIZ UDゴシック" w:hAnsi="BIZ UDゴシック"/>
          <w:sz w:val="24"/>
          <w:szCs w:val="24"/>
          <w:lang w:eastAsia="ja-JP"/>
        </w:rPr>
        <w:t>みつき</w:t>
      </w:r>
      <w:r w:rsidR="00176A9F">
        <w:rPr>
          <w:rFonts w:ascii="BIZ UDゴシック" w:eastAsia="BIZ UDゴシック" w:hAnsi="BIZ UDゴシック" w:hint="eastAsia"/>
          <w:sz w:val="24"/>
          <w:szCs w:val="24"/>
          <w:lang w:eastAsia="ja-JP"/>
        </w:rPr>
        <w:t xml:space="preserve"> のおそれが あります。</w:t>
      </w:r>
      <w:r>
        <w:rPr>
          <w:rFonts w:ascii="BIZ UDゴシック" w:eastAsia="BIZ UDゴシック" w:hAnsi="BIZ UDゴシック"/>
          <w:sz w:val="24"/>
          <w:szCs w:val="24"/>
          <w:lang w:eastAsia="ja-JP"/>
        </w:rPr>
        <w:br/>
      </w:r>
      <w:r>
        <w:rPr>
          <w:rFonts w:ascii="BIZ UDゴシック" w:eastAsia="BIZ UDゴシック" w:hAnsi="BIZ UDゴシック" w:hint="eastAsia"/>
          <w:sz w:val="24"/>
          <w:szCs w:val="24"/>
          <w:lang w:eastAsia="ja-JP"/>
        </w:rPr>
        <w:t>・</w:t>
      </w:r>
      <w:r w:rsidR="00D80C1F"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D80C1F" w:rsidRPr="00D80C1F">
              <w:rPr>
                <w:rFonts w:ascii="BIZ UDゴシック" w:eastAsia="BIZ UDゴシック" w:hAnsi="BIZ UDゴシック"/>
                <w:sz w:val="14"/>
                <w:szCs w:val="24"/>
                <w:lang w:eastAsia="ja-JP"/>
              </w:rPr>
              <w:t>いえ</w:t>
            </w:r>
          </w:rt>
          <w:rubyBase>
            <w:r w:rsidR="00D80C1F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家</w:t>
            </w:r>
          </w:rubyBase>
        </w:ruby>
      </w:r>
      <w:r w:rsidR="00D80C1F" w:rsidRPr="00D80C1F">
        <w:rPr>
          <w:rFonts w:ascii="BIZ UDゴシック" w:eastAsia="BIZ UDゴシック" w:hAnsi="BIZ UDゴシック"/>
          <w:sz w:val="24"/>
          <w:szCs w:val="24"/>
          <w:lang w:eastAsia="ja-JP"/>
        </w:rPr>
        <w:t>が</w:t>
      </w:r>
      <w:r w:rsidR="00A32B42">
        <w:rPr>
          <w:rFonts w:ascii="BIZ UDゴシック" w:eastAsia="BIZ UDゴシック" w:hAnsi="BIZ UDゴシック" w:hint="eastAsia"/>
          <w:sz w:val="24"/>
          <w:szCs w:val="24"/>
          <w:lang w:eastAsia="ja-JP"/>
        </w:rPr>
        <w:t xml:space="preserve"> </w:t>
      </w:r>
      <w:r w:rsidR="00D80C1F"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D80C1F" w:rsidRPr="00D80C1F">
              <w:rPr>
                <w:rFonts w:ascii="BIZ UDゴシック" w:eastAsia="BIZ UDゴシック" w:hAnsi="BIZ UDゴシック"/>
                <w:sz w:val="14"/>
                <w:szCs w:val="24"/>
                <w:lang w:eastAsia="ja-JP"/>
              </w:rPr>
              <w:t>はや</w:t>
            </w:r>
          </w:rt>
          <w:rubyBase>
            <w:r w:rsidR="00D80C1F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早</w:t>
            </w:r>
          </w:rubyBase>
        </w:ruby>
      </w:r>
      <w:r w:rsidR="00D80C1F" w:rsidRPr="00D80C1F">
        <w:rPr>
          <w:rFonts w:ascii="BIZ UDゴシック" w:eastAsia="BIZ UDゴシック" w:hAnsi="BIZ UDゴシック"/>
          <w:sz w:val="24"/>
          <w:szCs w:val="24"/>
          <w:lang w:eastAsia="ja-JP"/>
        </w:rPr>
        <w:t>く</w:t>
      </w:r>
      <w:r w:rsidR="00A32B42">
        <w:rPr>
          <w:rFonts w:ascii="BIZ UDゴシック" w:eastAsia="BIZ UDゴシック" w:hAnsi="BIZ UDゴシック" w:hint="eastAsia"/>
          <w:sz w:val="24"/>
          <w:szCs w:val="24"/>
          <w:lang w:eastAsia="ja-JP"/>
        </w:rPr>
        <w:t xml:space="preserve"> </w:t>
      </w:r>
      <w:r w:rsidR="00D80C1F"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D80C1F" w:rsidRPr="00D80C1F">
              <w:rPr>
                <w:rFonts w:ascii="BIZ UDゴシック" w:eastAsia="BIZ UDゴシック" w:hAnsi="BIZ UDゴシック"/>
                <w:sz w:val="14"/>
                <w:szCs w:val="24"/>
                <w:lang w:eastAsia="ja-JP"/>
              </w:rPr>
              <w:t>いた</w:t>
            </w:r>
          </w:rt>
          <w:rubyBase>
            <w:r w:rsidR="00D80C1F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傷</w:t>
            </w:r>
          </w:rubyBase>
        </w:ruby>
      </w:r>
      <w:r w:rsidR="00D80C1F" w:rsidRPr="00D80C1F">
        <w:rPr>
          <w:rFonts w:ascii="BIZ UDゴシック" w:eastAsia="BIZ UDゴシック" w:hAnsi="BIZ UDゴシック"/>
          <w:sz w:val="24"/>
          <w:szCs w:val="24"/>
          <w:lang w:eastAsia="ja-JP"/>
        </w:rPr>
        <w:t>み</w:t>
      </w:r>
      <w:r>
        <w:rPr>
          <w:rFonts w:ascii="BIZ UDゴシック" w:eastAsia="BIZ UDゴシック" w:hAnsi="BIZ UDゴシック" w:hint="eastAsia"/>
          <w:sz w:val="24"/>
          <w:szCs w:val="24"/>
          <w:lang w:eastAsia="ja-JP"/>
        </w:rPr>
        <w:t>、</w:t>
      </w:r>
      <w:r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954F75" w:rsidRPr="00D80C1F">
              <w:rPr>
                <w:rFonts w:ascii="BIZ UDゴシック" w:eastAsia="BIZ UDゴシック" w:hAnsi="BIZ UDゴシック"/>
                <w:sz w:val="14"/>
                <w:szCs w:val="24"/>
                <w:lang w:eastAsia="ja-JP"/>
              </w:rPr>
              <w:t>おお</w:t>
            </w:r>
          </w:rt>
          <w:rubyBase>
            <w:r w:rsidR="00954F75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大</w:t>
            </w:r>
          </w:rubyBase>
        </w:ruby>
      </w:r>
      <w:r w:rsidRPr="00D80C1F">
        <w:rPr>
          <w:rFonts w:ascii="BIZ UDゴシック" w:eastAsia="BIZ UDゴシック" w:hAnsi="BIZ UDゴシック"/>
          <w:sz w:val="24"/>
          <w:szCs w:val="24"/>
          <w:lang w:eastAsia="ja-JP"/>
        </w:rPr>
        <w:t>きな</w:t>
      </w:r>
      <w:r>
        <w:rPr>
          <w:rFonts w:ascii="BIZ UDゴシック" w:eastAsia="BIZ UDゴシック" w:hAnsi="BIZ UDゴシック" w:hint="eastAsia"/>
          <w:sz w:val="24"/>
          <w:szCs w:val="24"/>
          <w:lang w:eastAsia="ja-JP"/>
        </w:rPr>
        <w:t xml:space="preserve"> </w:t>
      </w:r>
      <w:r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954F75" w:rsidRPr="00D80C1F">
              <w:rPr>
                <w:rFonts w:ascii="BIZ UDゴシック" w:eastAsia="BIZ UDゴシック" w:hAnsi="BIZ UDゴシック"/>
                <w:sz w:val="14"/>
                <w:szCs w:val="24"/>
                <w:lang w:eastAsia="ja-JP"/>
              </w:rPr>
              <w:t>しゅうり</w:t>
            </w:r>
          </w:rt>
          <w:rubyBase>
            <w:r w:rsidR="00954F75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修理</w:t>
            </w:r>
          </w:rubyBase>
        </w:ruby>
      </w:r>
      <w:r w:rsidRPr="00D80C1F">
        <w:rPr>
          <w:rFonts w:ascii="BIZ UDゴシック" w:eastAsia="BIZ UDゴシック" w:hAnsi="BIZ UDゴシック"/>
          <w:sz w:val="24"/>
          <w:szCs w:val="24"/>
          <w:lang w:eastAsia="ja-JP"/>
        </w:rPr>
        <w:t>が</w:t>
      </w:r>
      <w:r>
        <w:rPr>
          <w:rFonts w:ascii="BIZ UDゴシック" w:eastAsia="BIZ UDゴシック" w:hAnsi="BIZ UDゴシック" w:hint="eastAsia"/>
          <w:sz w:val="24"/>
          <w:szCs w:val="24"/>
          <w:lang w:eastAsia="ja-JP"/>
        </w:rPr>
        <w:t xml:space="preserve"> </w:t>
      </w:r>
      <w:r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954F75" w:rsidRPr="00D80C1F">
              <w:rPr>
                <w:rFonts w:ascii="BIZ UDゴシック" w:eastAsia="BIZ UDゴシック" w:hAnsi="BIZ UDゴシック"/>
                <w:sz w:val="14"/>
                <w:szCs w:val="24"/>
                <w:lang w:eastAsia="ja-JP"/>
              </w:rPr>
              <w:t>ひつよう</w:t>
            </w:r>
          </w:rt>
          <w:rubyBase>
            <w:r w:rsidR="00954F75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必要</w:t>
            </w:r>
          </w:rubyBase>
        </w:ruby>
      </w:r>
      <w:r w:rsidRPr="00D80C1F">
        <w:rPr>
          <w:rFonts w:ascii="BIZ UDゴシック" w:eastAsia="BIZ UDゴシック" w:hAnsi="BIZ UDゴシック"/>
          <w:sz w:val="24"/>
          <w:szCs w:val="24"/>
          <w:lang w:eastAsia="ja-JP"/>
        </w:rPr>
        <w:t>に</w:t>
      </w:r>
      <w:r>
        <w:rPr>
          <w:rFonts w:ascii="BIZ UDゴシック" w:eastAsia="BIZ UDゴシック" w:hAnsi="BIZ UDゴシック" w:hint="eastAsia"/>
          <w:sz w:val="24"/>
          <w:szCs w:val="24"/>
          <w:lang w:eastAsia="ja-JP"/>
        </w:rPr>
        <w:t xml:space="preserve"> </w:t>
      </w:r>
      <w:r w:rsidRPr="00D80C1F">
        <w:rPr>
          <w:rFonts w:ascii="BIZ UDゴシック" w:eastAsia="BIZ UDゴシック" w:hAnsi="BIZ UDゴシック"/>
          <w:sz w:val="24"/>
          <w:szCs w:val="24"/>
          <w:lang w:eastAsia="ja-JP"/>
        </w:rPr>
        <w:t>なることが</w:t>
      </w:r>
      <w:r>
        <w:rPr>
          <w:rFonts w:ascii="BIZ UDゴシック" w:eastAsia="BIZ UDゴシック" w:hAnsi="BIZ UDゴシック" w:hint="eastAsia"/>
          <w:sz w:val="24"/>
          <w:szCs w:val="24"/>
          <w:lang w:eastAsia="ja-JP"/>
        </w:rPr>
        <w:t xml:space="preserve"> </w:t>
      </w:r>
      <w:r w:rsidRPr="00D80C1F">
        <w:rPr>
          <w:rFonts w:ascii="BIZ UDゴシック" w:eastAsia="BIZ UDゴシック" w:hAnsi="BIZ UDゴシック"/>
          <w:sz w:val="24"/>
          <w:szCs w:val="24"/>
          <w:lang w:eastAsia="ja-JP"/>
        </w:rPr>
        <w:t>あります。</w:t>
      </w:r>
      <w:r w:rsidR="00D80C1F" w:rsidRPr="00D80C1F">
        <w:rPr>
          <w:rFonts w:ascii="BIZ UDゴシック" w:eastAsia="BIZ UDゴシック" w:hAnsi="BIZ UDゴシック"/>
          <w:sz w:val="24"/>
          <w:szCs w:val="24"/>
          <w:lang w:eastAsia="ja-JP"/>
        </w:rPr>
        <w:br/>
        <w:t>・</w:t>
      </w:r>
      <w:r w:rsidR="00D80C1F"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D80C1F" w:rsidRPr="00D80C1F">
              <w:rPr>
                <w:rFonts w:ascii="BIZ UDゴシック" w:eastAsia="BIZ UDゴシック" w:hAnsi="BIZ UDゴシック"/>
                <w:sz w:val="14"/>
                <w:szCs w:val="24"/>
                <w:lang w:eastAsia="ja-JP"/>
              </w:rPr>
              <w:t>いえ</w:t>
            </w:r>
          </w:rt>
          <w:rubyBase>
            <w:r w:rsidR="00D80C1F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家</w:t>
            </w:r>
          </w:rubyBase>
        </w:ruby>
      </w:r>
      <w:r w:rsidR="00D80C1F" w:rsidRPr="00D80C1F">
        <w:rPr>
          <w:rFonts w:ascii="BIZ UDゴシック" w:eastAsia="BIZ UDゴシック" w:hAnsi="BIZ UDゴシック"/>
          <w:sz w:val="24"/>
          <w:szCs w:val="24"/>
          <w:lang w:eastAsia="ja-JP"/>
        </w:rPr>
        <w:t>の</w:t>
      </w:r>
      <w:r w:rsidR="00A32B42">
        <w:rPr>
          <w:rFonts w:ascii="BIZ UDゴシック" w:eastAsia="BIZ UDゴシック" w:hAnsi="BIZ UDゴシック" w:hint="eastAsia"/>
          <w:sz w:val="24"/>
          <w:szCs w:val="24"/>
          <w:lang w:eastAsia="ja-JP"/>
        </w:rPr>
        <w:t xml:space="preserve"> </w:t>
      </w:r>
      <w:r w:rsidR="00D80C1F"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D80C1F" w:rsidRPr="00D80C1F">
              <w:rPr>
                <w:rFonts w:ascii="BIZ UDゴシック" w:eastAsia="BIZ UDゴシック" w:hAnsi="BIZ UDゴシック"/>
                <w:sz w:val="14"/>
                <w:szCs w:val="24"/>
                <w:lang w:eastAsia="ja-JP"/>
              </w:rPr>
              <w:t>かち</w:t>
            </w:r>
          </w:rt>
          <w:rubyBase>
            <w:r w:rsidR="00D80C1F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価値</w:t>
            </w:r>
          </w:rubyBase>
        </w:ruby>
      </w:r>
      <w:r w:rsidR="00D80C1F" w:rsidRPr="00D80C1F">
        <w:rPr>
          <w:rFonts w:ascii="BIZ UDゴシック" w:eastAsia="BIZ UDゴシック" w:hAnsi="BIZ UDゴシック"/>
          <w:sz w:val="24"/>
          <w:szCs w:val="24"/>
          <w:lang w:eastAsia="ja-JP"/>
        </w:rPr>
        <w:t>が</w:t>
      </w:r>
      <w:r w:rsidR="00A32B42">
        <w:rPr>
          <w:rFonts w:ascii="BIZ UDゴシック" w:eastAsia="BIZ UDゴシック" w:hAnsi="BIZ UDゴシック" w:hint="eastAsia"/>
          <w:sz w:val="24"/>
          <w:szCs w:val="24"/>
          <w:lang w:eastAsia="ja-JP"/>
        </w:rPr>
        <w:t xml:space="preserve"> </w:t>
      </w:r>
      <w:r w:rsidR="00D80C1F"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D80C1F" w:rsidRPr="00D80C1F">
              <w:rPr>
                <w:rFonts w:ascii="BIZ UDゴシック" w:eastAsia="BIZ UDゴシック" w:hAnsi="BIZ UDゴシック"/>
                <w:sz w:val="14"/>
                <w:szCs w:val="24"/>
                <w:lang w:eastAsia="ja-JP"/>
              </w:rPr>
              <w:t>さ</w:t>
            </w:r>
          </w:rt>
          <w:rubyBase>
            <w:r w:rsidR="00D80C1F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下</w:t>
            </w:r>
          </w:rubyBase>
        </w:ruby>
      </w:r>
      <w:r w:rsidR="00D80C1F" w:rsidRPr="00D80C1F">
        <w:rPr>
          <w:rFonts w:ascii="BIZ UDゴシック" w:eastAsia="BIZ UDゴシック" w:hAnsi="BIZ UDゴシック"/>
          <w:sz w:val="24"/>
          <w:szCs w:val="24"/>
          <w:lang w:eastAsia="ja-JP"/>
        </w:rPr>
        <w:t>がることが</w:t>
      </w:r>
      <w:r w:rsidR="00A32B42">
        <w:rPr>
          <w:rFonts w:ascii="BIZ UDゴシック" w:eastAsia="BIZ UDゴシック" w:hAnsi="BIZ UDゴシック" w:hint="eastAsia"/>
          <w:sz w:val="24"/>
          <w:szCs w:val="24"/>
          <w:lang w:eastAsia="ja-JP"/>
        </w:rPr>
        <w:t xml:space="preserve"> </w:t>
      </w:r>
      <w:r w:rsidR="00D80C1F" w:rsidRPr="00D80C1F">
        <w:rPr>
          <w:rFonts w:ascii="BIZ UDゴシック" w:eastAsia="BIZ UDゴシック" w:hAnsi="BIZ UDゴシック"/>
          <w:sz w:val="24"/>
          <w:szCs w:val="24"/>
          <w:lang w:eastAsia="ja-JP"/>
        </w:rPr>
        <w:t>あります。</w:t>
      </w:r>
      <w:r>
        <w:rPr>
          <w:rFonts w:ascii="BIZ UDゴシック" w:eastAsia="BIZ UDゴシック" w:hAnsi="BIZ UDゴシック"/>
          <w:sz w:val="24"/>
          <w:szCs w:val="24"/>
          <w:lang w:eastAsia="ja-JP"/>
        </w:rPr>
        <w:br/>
      </w:r>
      <w:r w:rsidR="00D80C1F" w:rsidRPr="00D80C1F">
        <w:rPr>
          <w:rFonts w:ascii="BIZ UDゴシック" w:eastAsia="BIZ UDゴシック" w:hAnsi="BIZ UDゴシック"/>
          <w:sz w:val="24"/>
          <w:szCs w:val="24"/>
          <w:lang w:eastAsia="ja-JP"/>
        </w:rPr>
        <w:t>・</w:t>
      </w:r>
      <w:r w:rsidR="00D80C1F"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D80C1F" w:rsidRPr="00D80C1F">
              <w:rPr>
                <w:rFonts w:ascii="BIZ UDゴシック" w:eastAsia="BIZ UDゴシック" w:hAnsi="BIZ UDゴシック"/>
                <w:sz w:val="14"/>
                <w:szCs w:val="24"/>
                <w:lang w:eastAsia="ja-JP"/>
              </w:rPr>
              <w:t>となり</w:t>
            </w:r>
          </w:rt>
          <w:rubyBase>
            <w:r w:rsidR="00D80C1F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隣</w:t>
            </w:r>
          </w:rubyBase>
        </w:ruby>
      </w:r>
      <w:r w:rsidR="00D80C1F" w:rsidRPr="00D80C1F">
        <w:rPr>
          <w:rFonts w:ascii="BIZ UDゴシック" w:eastAsia="BIZ UDゴシック" w:hAnsi="BIZ UDゴシック"/>
          <w:sz w:val="24"/>
          <w:szCs w:val="24"/>
          <w:lang w:eastAsia="ja-JP"/>
        </w:rPr>
        <w:t>の</w:t>
      </w:r>
      <w:r w:rsidR="00CA4F52">
        <w:rPr>
          <w:rFonts w:ascii="BIZ UDゴシック" w:eastAsia="BIZ UDゴシック" w:hAnsi="BIZ UDゴシック" w:hint="eastAsia"/>
          <w:sz w:val="24"/>
          <w:szCs w:val="24"/>
          <w:lang w:eastAsia="ja-JP"/>
        </w:rPr>
        <w:t xml:space="preserve"> </w:t>
      </w:r>
      <w:r w:rsidR="00D80C1F"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D80C1F" w:rsidRPr="00D80C1F">
              <w:rPr>
                <w:rFonts w:ascii="BIZ UDゴシック" w:eastAsia="BIZ UDゴシック" w:hAnsi="BIZ UDゴシック"/>
                <w:sz w:val="14"/>
                <w:szCs w:val="24"/>
                <w:lang w:eastAsia="ja-JP"/>
              </w:rPr>
              <w:t>いえ</w:t>
            </w:r>
          </w:rt>
          <w:rubyBase>
            <w:r w:rsidR="00D80C1F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家</w:t>
            </w:r>
          </w:rubyBase>
        </w:ruby>
      </w:r>
      <w:r w:rsidR="00D80C1F" w:rsidRPr="00D80C1F">
        <w:rPr>
          <w:rFonts w:ascii="BIZ UDゴシック" w:eastAsia="BIZ UDゴシック" w:hAnsi="BIZ UDゴシック"/>
          <w:sz w:val="24"/>
          <w:szCs w:val="24"/>
          <w:lang w:eastAsia="ja-JP"/>
        </w:rPr>
        <w:t>や</w:t>
      </w:r>
      <w:r w:rsidR="00CA4F52">
        <w:rPr>
          <w:rFonts w:ascii="BIZ UDゴシック" w:eastAsia="BIZ UDゴシック" w:hAnsi="BIZ UDゴシック" w:hint="eastAsia"/>
          <w:sz w:val="24"/>
          <w:szCs w:val="24"/>
          <w:lang w:eastAsia="ja-JP"/>
        </w:rPr>
        <w:t xml:space="preserve"> </w:t>
      </w:r>
      <w:r w:rsidR="00D80C1F"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D80C1F" w:rsidRPr="00D80C1F">
              <w:rPr>
                <w:rFonts w:ascii="BIZ UDゴシック" w:eastAsia="BIZ UDゴシック" w:hAnsi="BIZ UDゴシック"/>
                <w:sz w:val="14"/>
                <w:szCs w:val="24"/>
                <w:lang w:eastAsia="ja-JP"/>
              </w:rPr>
              <w:t>にん</w:t>
            </w:r>
          </w:rt>
          <w:rubyBase>
            <w:r w:rsidR="00D80C1F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人</w:t>
            </w:r>
          </w:rubyBase>
        </w:ruby>
      </w:r>
      <w:r w:rsidR="00D80C1F" w:rsidRPr="00D80C1F">
        <w:rPr>
          <w:rFonts w:ascii="BIZ UDゴシック" w:eastAsia="BIZ UDゴシック" w:hAnsi="BIZ UDゴシック"/>
          <w:sz w:val="24"/>
          <w:szCs w:val="24"/>
          <w:lang w:eastAsia="ja-JP"/>
        </w:rPr>
        <w:t>に</w:t>
      </w:r>
      <w:r w:rsidR="00CA4F52">
        <w:rPr>
          <w:rFonts w:ascii="BIZ UDゴシック" w:eastAsia="BIZ UDゴシック" w:hAnsi="BIZ UDゴシック" w:hint="eastAsia"/>
          <w:sz w:val="24"/>
          <w:szCs w:val="24"/>
          <w:lang w:eastAsia="ja-JP"/>
        </w:rPr>
        <w:t xml:space="preserve"> </w:t>
      </w:r>
      <w:r w:rsidR="00D80C1F"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D80C1F" w:rsidRPr="00D80C1F">
              <w:rPr>
                <w:rFonts w:ascii="BIZ UDゴシック" w:eastAsia="BIZ UDゴシック" w:hAnsi="BIZ UDゴシック"/>
                <w:sz w:val="14"/>
                <w:szCs w:val="24"/>
                <w:lang w:eastAsia="ja-JP"/>
              </w:rPr>
              <w:t>ひがい</w:t>
            </w:r>
          </w:rt>
          <w:rubyBase>
            <w:r w:rsidR="00D80C1F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被害</w:t>
            </w:r>
          </w:rubyBase>
        </w:ruby>
      </w:r>
      <w:r w:rsidR="00D80C1F" w:rsidRPr="00D80C1F">
        <w:rPr>
          <w:rFonts w:ascii="BIZ UDゴシック" w:eastAsia="BIZ UDゴシック" w:hAnsi="BIZ UDゴシック"/>
          <w:sz w:val="24"/>
          <w:szCs w:val="24"/>
          <w:lang w:eastAsia="ja-JP"/>
        </w:rPr>
        <w:t>が</w:t>
      </w:r>
      <w:r w:rsidR="00CA4F52">
        <w:rPr>
          <w:rFonts w:ascii="BIZ UDゴシック" w:eastAsia="BIZ UDゴシック" w:hAnsi="BIZ UDゴシック" w:hint="eastAsia"/>
          <w:sz w:val="24"/>
          <w:szCs w:val="24"/>
          <w:lang w:eastAsia="ja-JP"/>
        </w:rPr>
        <w:t xml:space="preserve"> </w:t>
      </w:r>
      <w:r w:rsidR="00D80C1F"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D80C1F" w:rsidRPr="00D80C1F">
              <w:rPr>
                <w:rFonts w:ascii="BIZ UDゴシック" w:eastAsia="BIZ UDゴシック" w:hAnsi="BIZ UDゴシック"/>
                <w:sz w:val="14"/>
                <w:szCs w:val="24"/>
                <w:lang w:eastAsia="ja-JP"/>
              </w:rPr>
              <w:t>で</w:t>
            </w:r>
          </w:rt>
          <w:rubyBase>
            <w:r w:rsidR="00D80C1F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出</w:t>
            </w:r>
          </w:rubyBase>
        </w:ruby>
      </w:r>
      <w:r w:rsidR="00D80C1F" w:rsidRPr="00D80C1F">
        <w:rPr>
          <w:rFonts w:ascii="BIZ UDゴシック" w:eastAsia="BIZ UDゴシック" w:hAnsi="BIZ UDゴシック"/>
          <w:sz w:val="24"/>
          <w:szCs w:val="24"/>
          <w:lang w:eastAsia="ja-JP"/>
        </w:rPr>
        <w:t>ると、お</w:t>
      </w:r>
      <w:r w:rsidR="00D80C1F"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D80C1F" w:rsidRPr="00D80C1F">
              <w:rPr>
                <w:rFonts w:ascii="BIZ UDゴシック" w:eastAsia="BIZ UDゴシック" w:hAnsi="BIZ UDゴシック"/>
                <w:sz w:val="14"/>
                <w:szCs w:val="24"/>
                <w:lang w:eastAsia="ja-JP"/>
              </w:rPr>
              <w:t>かね</w:t>
            </w:r>
          </w:rt>
          <w:rubyBase>
            <w:r w:rsidR="00D80C1F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金</w:t>
            </w:r>
          </w:rubyBase>
        </w:ruby>
      </w:r>
      <w:r w:rsidR="00D80C1F" w:rsidRPr="00D80C1F">
        <w:rPr>
          <w:rFonts w:ascii="BIZ UDゴシック" w:eastAsia="BIZ UDゴシック" w:hAnsi="BIZ UDゴシック"/>
          <w:sz w:val="24"/>
          <w:szCs w:val="24"/>
          <w:lang w:eastAsia="ja-JP"/>
        </w:rPr>
        <w:t>を</w:t>
      </w:r>
      <w:r w:rsidR="00CA4F52">
        <w:rPr>
          <w:rFonts w:ascii="BIZ UDゴシック" w:eastAsia="BIZ UDゴシック" w:hAnsi="BIZ UDゴシック" w:hint="eastAsia"/>
          <w:sz w:val="24"/>
          <w:szCs w:val="24"/>
          <w:lang w:eastAsia="ja-JP"/>
        </w:rPr>
        <w:t xml:space="preserve"> </w:t>
      </w:r>
      <w:r w:rsidR="00D80C1F"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D80C1F" w:rsidRPr="00D80C1F">
              <w:rPr>
                <w:rFonts w:ascii="BIZ UDゴシック" w:eastAsia="BIZ UDゴシック" w:hAnsi="BIZ UDゴシック"/>
                <w:sz w:val="14"/>
                <w:szCs w:val="24"/>
                <w:lang w:eastAsia="ja-JP"/>
              </w:rPr>
              <w:t>はら</w:t>
            </w:r>
          </w:rt>
          <w:rubyBase>
            <w:r w:rsidR="00D80C1F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払</w:t>
            </w:r>
          </w:rubyBase>
        </w:ruby>
      </w:r>
      <w:r w:rsidR="00D80C1F" w:rsidRPr="00D80C1F">
        <w:rPr>
          <w:rFonts w:ascii="BIZ UDゴシック" w:eastAsia="BIZ UDゴシック" w:hAnsi="BIZ UDゴシック"/>
          <w:sz w:val="24"/>
          <w:szCs w:val="24"/>
          <w:lang w:eastAsia="ja-JP"/>
        </w:rPr>
        <w:t>う</w:t>
      </w:r>
      <w:r w:rsidR="00CA4F52">
        <w:rPr>
          <w:rFonts w:ascii="BIZ UDゴシック" w:eastAsia="BIZ UDゴシック" w:hAnsi="BIZ UDゴシック" w:hint="eastAsia"/>
          <w:sz w:val="24"/>
          <w:szCs w:val="24"/>
          <w:lang w:eastAsia="ja-JP"/>
        </w:rPr>
        <w:t xml:space="preserve"> </w:t>
      </w:r>
      <w:r w:rsidR="00D80C1F" w:rsidRPr="00D80C1F">
        <w:rPr>
          <w:rFonts w:ascii="BIZ UDゴシック" w:eastAsia="BIZ UDゴシック" w:hAnsi="BIZ UDゴシック"/>
          <w:sz w:val="24"/>
          <w:szCs w:val="24"/>
          <w:lang w:eastAsia="ja-JP"/>
        </w:rPr>
        <w:t>ことになる</w:t>
      </w:r>
      <w:r w:rsidR="00CA4F52">
        <w:rPr>
          <w:rFonts w:ascii="BIZ UDゴシック" w:eastAsia="BIZ UDゴシック" w:hAnsi="BIZ UDゴシック" w:hint="eastAsia"/>
          <w:sz w:val="24"/>
          <w:szCs w:val="24"/>
          <w:lang w:eastAsia="ja-JP"/>
        </w:rPr>
        <w:t xml:space="preserve"> </w:t>
      </w:r>
      <w:r w:rsidR="00D80C1F"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D80C1F" w:rsidRPr="00D80C1F">
              <w:rPr>
                <w:rFonts w:ascii="BIZ UDゴシック" w:eastAsia="BIZ UDゴシック" w:hAnsi="BIZ UDゴシック"/>
                <w:sz w:val="14"/>
                <w:szCs w:val="24"/>
                <w:lang w:eastAsia="ja-JP"/>
              </w:rPr>
              <w:t>ばあい</w:t>
            </w:r>
          </w:rt>
          <w:rubyBase>
            <w:r w:rsidR="00D80C1F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場合</w:t>
            </w:r>
          </w:rubyBase>
        </w:ruby>
      </w:r>
      <w:r w:rsidR="00D80C1F" w:rsidRPr="00D80C1F">
        <w:rPr>
          <w:rFonts w:ascii="BIZ UDゴシック" w:eastAsia="BIZ UDゴシック" w:hAnsi="BIZ UDゴシック"/>
          <w:sz w:val="24"/>
          <w:szCs w:val="24"/>
          <w:lang w:eastAsia="ja-JP"/>
        </w:rPr>
        <w:t>が</w:t>
      </w:r>
      <w:r w:rsidR="00CA4F52">
        <w:rPr>
          <w:rFonts w:ascii="BIZ UDゴシック" w:eastAsia="BIZ UDゴシック" w:hAnsi="BIZ UDゴシック" w:hint="eastAsia"/>
          <w:sz w:val="24"/>
          <w:szCs w:val="24"/>
          <w:lang w:eastAsia="ja-JP"/>
        </w:rPr>
        <w:t xml:space="preserve"> </w:t>
      </w:r>
      <w:r w:rsidR="00D80C1F" w:rsidRPr="00D80C1F">
        <w:rPr>
          <w:rFonts w:ascii="BIZ UDゴシック" w:eastAsia="BIZ UDゴシック" w:hAnsi="BIZ UDゴシック"/>
          <w:sz w:val="24"/>
          <w:szCs w:val="24"/>
          <w:lang w:eastAsia="ja-JP"/>
        </w:rPr>
        <w:t>あり</w:t>
      </w:r>
      <w:r w:rsidR="00CA4F52">
        <w:rPr>
          <w:rFonts w:ascii="BIZ UDゴシック" w:eastAsia="BIZ UDゴシック" w:hAnsi="BIZ UDゴシック" w:hint="eastAsia"/>
          <w:sz w:val="24"/>
          <w:szCs w:val="24"/>
          <w:lang w:eastAsia="ja-JP"/>
        </w:rPr>
        <w:t>ます。</w:t>
      </w:r>
    </w:p>
    <w:p w14:paraId="79C58AEE" w14:textId="77777777" w:rsidR="00C660FF" w:rsidRPr="00C660FF" w:rsidRDefault="00C660FF" w:rsidP="00954F75">
      <w:pPr>
        <w:rPr>
          <w:rFonts w:ascii="Segoe UI Emoji" w:hAnsi="Segoe UI Emoji" w:cs="Segoe UI Emoji"/>
          <w:b/>
          <w:sz w:val="28"/>
          <w:szCs w:val="18"/>
          <w:lang w:eastAsia="ja-JP"/>
        </w:rPr>
      </w:pPr>
    </w:p>
    <w:p w14:paraId="66F54D4C" w14:textId="33EBD7E0" w:rsidR="00954F75" w:rsidRPr="00C94546" w:rsidRDefault="00954F75" w:rsidP="00954F75">
      <w:pPr>
        <w:rPr>
          <w:rFonts w:ascii="BIZ UDゴシック" w:eastAsia="BIZ UDゴシック" w:hAnsi="BIZ UDゴシック"/>
          <w:u w:val="single"/>
          <w:lang w:eastAsia="ja-JP"/>
        </w:rPr>
      </w:pPr>
      <w:r w:rsidRPr="007D31A2">
        <w:rPr>
          <w:rFonts w:ascii="Segoe UI Emoji" w:eastAsia="Segoe UI Emoji" w:hAnsi="Segoe UI Emoji" w:cs="Segoe UI Emoji" w:hint="eastAsia"/>
          <w:b/>
          <w:sz w:val="40"/>
          <w:lang w:eastAsia="ja-JP"/>
        </w:rPr>
        <w:t>💰</w:t>
      </w:r>
      <w:r w:rsidRPr="00C94546">
        <w:rPr>
          <w:rFonts w:ascii="BIZ UDゴシック" w:eastAsia="BIZ UDゴシック" w:hAnsi="BIZ UDゴシック"/>
          <w:b/>
          <w:sz w:val="40"/>
          <w:u w:val="single"/>
        </w:rPr>
        <w:ruby>
          <w:rubyPr>
            <w:rubyAlign w:val="distributeSpace"/>
            <w:hps w:val="22"/>
            <w:hpsRaise w:val="42"/>
            <w:hpsBaseText w:val="40"/>
            <w:lid w:val="ja-JP"/>
          </w:rubyPr>
          <w:rt>
            <w:r w:rsidR="00954F75" w:rsidRPr="00C94546">
              <w:rPr>
                <w:rFonts w:ascii="BIZ UDゴシック" w:eastAsia="BIZ UDゴシック" w:hAnsi="BIZ UDゴシック"/>
                <w:b/>
                <w:sz w:val="21"/>
                <w:u w:val="single"/>
                <w:lang w:eastAsia="ja-JP"/>
              </w:rPr>
              <w:t>あき</w:t>
            </w:r>
          </w:rt>
          <w:rubyBase>
            <w:r w:rsidR="00954F75" w:rsidRPr="00C94546">
              <w:rPr>
                <w:rFonts w:ascii="BIZ UDゴシック" w:eastAsia="BIZ UDゴシック" w:hAnsi="BIZ UDゴシック"/>
                <w:b/>
                <w:sz w:val="40"/>
                <w:u w:val="single"/>
                <w:lang w:eastAsia="ja-JP"/>
              </w:rPr>
              <w:t>空</w:t>
            </w:r>
          </w:rubyBase>
        </w:ruby>
      </w:r>
      <w:r w:rsidRPr="00C94546">
        <w:rPr>
          <w:rFonts w:ascii="BIZ UDゴシック" w:eastAsia="BIZ UDゴシック" w:hAnsi="BIZ UDゴシック"/>
          <w:b/>
          <w:sz w:val="40"/>
          <w:u w:val="single"/>
        </w:rPr>
        <w:ruby>
          <w:rubyPr>
            <w:rubyAlign w:val="distributeSpace"/>
            <w:hps w:val="22"/>
            <w:hpsRaise w:val="42"/>
            <w:hpsBaseText w:val="40"/>
            <w:lid w:val="ja-JP"/>
          </w:rubyPr>
          <w:rt>
            <w:r w:rsidR="00954F75" w:rsidRPr="00C94546">
              <w:rPr>
                <w:rFonts w:ascii="BIZ UDゴシック" w:eastAsia="BIZ UDゴシック" w:hAnsi="BIZ UDゴシック"/>
                <w:b/>
                <w:sz w:val="21"/>
                <w:u w:val="single"/>
                <w:lang w:eastAsia="ja-JP"/>
              </w:rPr>
              <w:t>や</w:t>
            </w:r>
          </w:rt>
          <w:rubyBase>
            <w:r w:rsidR="00954F75" w:rsidRPr="00C94546">
              <w:rPr>
                <w:rFonts w:ascii="BIZ UDゴシック" w:eastAsia="BIZ UDゴシック" w:hAnsi="BIZ UDゴシック"/>
                <w:b/>
                <w:sz w:val="40"/>
                <w:u w:val="single"/>
                <w:lang w:eastAsia="ja-JP"/>
              </w:rPr>
              <w:t>家</w:t>
            </w:r>
          </w:rubyBase>
        </w:ruby>
      </w:r>
      <w:r w:rsidRPr="00C94546">
        <w:rPr>
          <w:rFonts w:ascii="BIZ UDゴシック" w:eastAsia="BIZ UDゴシック" w:hAnsi="BIZ UDゴシック"/>
          <w:b/>
          <w:sz w:val="40"/>
          <w:u w:val="single"/>
          <w:lang w:eastAsia="ja-JP"/>
        </w:rPr>
        <w:t>に</w:t>
      </w:r>
      <w:r w:rsidRPr="00C94546">
        <w:rPr>
          <w:rFonts w:ascii="BIZ UDゴシック" w:eastAsia="BIZ UDゴシック" w:hAnsi="BIZ UDゴシック" w:hint="eastAsia"/>
          <w:b/>
          <w:sz w:val="40"/>
          <w:u w:val="single"/>
          <w:lang w:eastAsia="ja-JP"/>
        </w:rPr>
        <w:t xml:space="preserve"> </w:t>
      </w:r>
      <w:r w:rsidRPr="00C94546">
        <w:rPr>
          <w:rFonts w:ascii="BIZ UDゴシック" w:eastAsia="BIZ UDゴシック" w:hAnsi="BIZ UDゴシック"/>
          <w:b/>
          <w:sz w:val="40"/>
          <w:u w:val="single"/>
          <w:lang w:eastAsia="ja-JP"/>
        </w:rPr>
        <w:t>なったら、</w:t>
      </w:r>
      <w:r>
        <w:rPr>
          <w:rFonts w:ascii="BIZ UDゴシック" w:eastAsia="BIZ UDゴシック" w:hAnsi="BIZ UDゴシック"/>
          <w:b/>
          <w:sz w:val="40"/>
          <w:u w:val="single"/>
          <w:lang w:eastAsia="ja-JP"/>
        </w:rPr>
        <w:ruby>
          <w:rubyPr>
            <w:rubyAlign w:val="distributeSpace"/>
            <w:hps w:val="22"/>
            <w:hpsRaise w:val="42"/>
            <w:hpsBaseText w:val="40"/>
            <w:lid w:val="ja-JP"/>
          </w:rubyPr>
          <w:rt>
            <w:r w:rsidR="00954F75" w:rsidRPr="00C94546">
              <w:rPr>
                <w:rFonts w:ascii="BIZ UDゴシック" w:eastAsia="BIZ UDゴシック" w:hAnsi="BIZ UDゴシック"/>
                <w:b/>
                <w:u w:val="single"/>
                <w:lang w:eastAsia="ja-JP"/>
              </w:rPr>
              <w:t>う</w:t>
            </w:r>
          </w:rt>
          <w:rubyBase>
            <w:r w:rsidR="00954F75">
              <w:rPr>
                <w:rFonts w:ascii="BIZ UDゴシック" w:eastAsia="BIZ UDゴシック" w:hAnsi="BIZ UDゴシック"/>
                <w:b/>
                <w:sz w:val="40"/>
                <w:u w:val="single"/>
                <w:lang w:eastAsia="ja-JP"/>
              </w:rPr>
              <w:t>売</w:t>
            </w:r>
          </w:rubyBase>
        </w:ruby>
      </w:r>
      <w:r>
        <w:rPr>
          <w:rFonts w:ascii="BIZ UDゴシック" w:eastAsia="BIZ UDゴシック" w:hAnsi="BIZ UDゴシック" w:hint="eastAsia"/>
          <w:b/>
          <w:sz w:val="40"/>
          <w:u w:val="single"/>
          <w:lang w:eastAsia="ja-JP"/>
        </w:rPr>
        <w:t>る</w:t>
      </w:r>
      <w:r w:rsidRPr="00C94546">
        <w:rPr>
          <w:rFonts w:ascii="BIZ UDゴシック" w:eastAsia="BIZ UDゴシック" w:hAnsi="BIZ UDゴシック"/>
          <w:b/>
          <w:sz w:val="40"/>
          <w:u w:val="single"/>
          <w:lang w:eastAsia="ja-JP"/>
        </w:rPr>
        <w:t>・</w:t>
      </w:r>
      <w:r>
        <w:rPr>
          <w:rFonts w:ascii="BIZ UDゴシック" w:eastAsia="BIZ UDゴシック" w:hAnsi="BIZ UDゴシック"/>
          <w:b/>
          <w:sz w:val="40"/>
          <w:u w:val="single"/>
          <w:lang w:eastAsia="ja-JP"/>
        </w:rPr>
        <w:ruby>
          <w:rubyPr>
            <w:rubyAlign w:val="distributeSpace"/>
            <w:hps w:val="22"/>
            <w:hpsRaise w:val="42"/>
            <w:hpsBaseText w:val="40"/>
            <w:lid w:val="ja-JP"/>
          </w:rubyPr>
          <w:rt>
            <w:r w:rsidR="00954F75" w:rsidRPr="00C94546">
              <w:rPr>
                <w:rFonts w:ascii="BIZ UDゴシック" w:eastAsia="BIZ UDゴシック" w:hAnsi="BIZ UDゴシック"/>
                <w:b/>
                <w:u w:val="single"/>
                <w:lang w:eastAsia="ja-JP"/>
              </w:rPr>
              <w:t>か</w:t>
            </w:r>
          </w:rt>
          <w:rubyBase>
            <w:r w:rsidR="00954F75">
              <w:rPr>
                <w:rFonts w:ascii="BIZ UDゴシック" w:eastAsia="BIZ UDゴシック" w:hAnsi="BIZ UDゴシック"/>
                <w:b/>
                <w:sz w:val="40"/>
                <w:u w:val="single"/>
                <w:lang w:eastAsia="ja-JP"/>
              </w:rPr>
              <w:t>貸</w:t>
            </w:r>
          </w:rubyBase>
        </w:ruby>
      </w:r>
      <w:r>
        <w:rPr>
          <w:rFonts w:ascii="BIZ UDゴシック" w:eastAsia="BIZ UDゴシック" w:hAnsi="BIZ UDゴシック" w:hint="eastAsia"/>
          <w:b/>
          <w:sz w:val="40"/>
          <w:u w:val="single"/>
          <w:lang w:eastAsia="ja-JP"/>
        </w:rPr>
        <w:t>す</w:t>
      </w:r>
      <w:r w:rsidRPr="00C94546">
        <w:rPr>
          <w:rFonts w:ascii="BIZ UDゴシック" w:eastAsia="BIZ UDゴシック" w:hAnsi="BIZ UDゴシック"/>
          <w:b/>
          <w:sz w:val="40"/>
          <w:u w:val="single"/>
          <w:lang w:eastAsia="ja-JP"/>
        </w:rPr>
        <w:t>ことも</w:t>
      </w:r>
      <w:r w:rsidRPr="00C94546">
        <w:rPr>
          <w:rFonts w:ascii="BIZ UDゴシック" w:eastAsia="BIZ UDゴシック" w:hAnsi="BIZ UDゴシック" w:hint="eastAsia"/>
          <w:b/>
          <w:sz w:val="40"/>
          <w:u w:val="single"/>
          <w:lang w:eastAsia="ja-JP"/>
        </w:rPr>
        <w:t xml:space="preserve"> </w:t>
      </w:r>
      <w:r w:rsidRPr="00C94546">
        <w:rPr>
          <w:rFonts w:ascii="BIZ UDゴシック" w:eastAsia="BIZ UDゴシック" w:hAnsi="BIZ UDゴシック"/>
          <w:b/>
          <w:sz w:val="40"/>
          <w:u w:val="single"/>
          <w:lang w:eastAsia="ja-JP"/>
        </w:rPr>
        <w:ruby>
          <w:rubyPr>
            <w:rubyAlign w:val="distributeSpace"/>
            <w:hps w:val="22"/>
            <w:hpsRaise w:val="42"/>
            <w:hpsBaseText w:val="40"/>
            <w:lid w:val="ja-JP"/>
          </w:rubyPr>
          <w:rt>
            <w:r w:rsidR="00954F75" w:rsidRPr="00C94546">
              <w:rPr>
                <w:rFonts w:ascii="BIZ UDゴシック" w:eastAsia="BIZ UDゴシック" w:hAnsi="BIZ UDゴシック"/>
                <w:b/>
                <w:sz w:val="21"/>
                <w:u w:val="single"/>
                <w:lang w:eastAsia="ja-JP"/>
              </w:rPr>
              <w:t>かんが</w:t>
            </w:r>
          </w:rt>
          <w:rubyBase>
            <w:r w:rsidR="00954F75" w:rsidRPr="00C94546">
              <w:rPr>
                <w:rFonts w:ascii="BIZ UDゴシック" w:eastAsia="BIZ UDゴシック" w:hAnsi="BIZ UDゴシック"/>
                <w:b/>
                <w:sz w:val="40"/>
                <w:u w:val="single"/>
                <w:lang w:eastAsia="ja-JP"/>
              </w:rPr>
              <w:t>考</w:t>
            </w:r>
          </w:rubyBase>
        </w:ruby>
      </w:r>
      <w:r w:rsidRPr="00C94546">
        <w:rPr>
          <w:rFonts w:ascii="BIZ UDゴシック" w:eastAsia="BIZ UDゴシック" w:hAnsi="BIZ UDゴシック"/>
          <w:b/>
          <w:sz w:val="40"/>
          <w:u w:val="single"/>
          <w:lang w:eastAsia="ja-JP"/>
        </w:rPr>
        <w:t>えましょう</w:t>
      </w:r>
    </w:p>
    <w:p w14:paraId="6BA33F47" w14:textId="23E1B9B1" w:rsidR="00954F75" w:rsidRDefault="00176A9F" w:rsidP="00954F75">
      <w:pPr>
        <w:rPr>
          <w:rFonts w:ascii="BIZ UDゴシック" w:eastAsia="BIZ UDゴシック" w:hAnsi="BIZ UDゴシック"/>
          <w:sz w:val="24"/>
          <w:szCs w:val="24"/>
          <w:lang w:eastAsia="ja-JP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43749768" wp14:editId="3EEFFF18">
            <wp:simplePos x="0" y="0"/>
            <wp:positionH relativeFrom="column">
              <wp:posOffset>4221480</wp:posOffset>
            </wp:positionH>
            <wp:positionV relativeFrom="paragraph">
              <wp:posOffset>325120</wp:posOffset>
            </wp:positionV>
            <wp:extent cx="676275" cy="676275"/>
            <wp:effectExtent l="19050" t="19050" r="28575" b="28575"/>
            <wp:wrapNone/>
            <wp:docPr id="11" name="図 10">
              <a:extLst xmlns:a="http://schemas.openxmlformats.org/drawingml/2006/main">
                <a:ext uri="{FF2B5EF4-FFF2-40B4-BE49-F238E27FC236}">
                  <a16:creationId xmlns:a16="http://schemas.microsoft.com/office/drawing/2014/main" id="{8ADACC08-63D0-772A-2356-0E0704416BD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図 10">
                      <a:extLst>
                        <a:ext uri="{FF2B5EF4-FFF2-40B4-BE49-F238E27FC236}">
                          <a16:creationId xmlns:a16="http://schemas.microsoft.com/office/drawing/2014/main" id="{8ADACC08-63D0-772A-2356-0E0704416BD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IZ UDゴシック" w:eastAsia="BIZ UDゴシック" w:hAnsi="BIZ UDゴシック" w:hint="eastAsia"/>
          <w:noProof/>
          <w:sz w:val="24"/>
          <w:szCs w:val="24"/>
          <w:lang w:eastAsia="ja-JP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A0E9447" wp14:editId="5A2ACD6D">
                <wp:simplePos x="0" y="0"/>
                <wp:positionH relativeFrom="column">
                  <wp:posOffset>4894580</wp:posOffset>
                </wp:positionH>
                <wp:positionV relativeFrom="paragraph">
                  <wp:posOffset>258445</wp:posOffset>
                </wp:positionV>
                <wp:extent cx="1447800" cy="742950"/>
                <wp:effectExtent l="0" t="0" r="0" b="0"/>
                <wp:wrapNone/>
                <wp:docPr id="163725239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742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CB5B10" w14:textId="09A1DD3F" w:rsidR="00C677CD" w:rsidRPr="00C677CD" w:rsidRDefault="00C677CD">
                            <w:pPr>
                              <w:rPr>
                                <w:rFonts w:ascii="BIZ UDPゴシック" w:eastAsia="BIZ UDPゴシック" w:hAnsi="BIZ UDPゴシック"/>
                                <w:sz w:val="21"/>
                                <w:szCs w:val="21"/>
                                <w:lang w:eastAsia="ja-JP"/>
                              </w:rPr>
                            </w:pPr>
                            <w:r w:rsidRPr="00C677CD">
                              <w:rPr>
                                <w:rFonts w:ascii="BIZ UDPゴシック" w:eastAsia="BIZ UDPゴシック" w:hAnsi="BIZ UDPゴシック" w:hint="eastAsia"/>
                                <w:sz w:val="21"/>
                                <w:szCs w:val="21"/>
                                <w:lang w:eastAsia="ja-JP"/>
                              </w:rPr>
                              <w:t>◀「</w:t>
                            </w:r>
                            <w:r w:rsidRPr="00C677CD">
                              <w:rPr>
                                <w:rFonts w:ascii="BIZ UDPゴシック" w:eastAsia="BIZ UDPゴシック" w:hAnsi="BIZ UDPゴシック"/>
                                <w:sz w:val="21"/>
                                <w:szCs w:val="21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C677CD" w:rsidRPr="00C677CD">
                                    <w:rPr>
                                      <w:rFonts w:ascii="BIZ UDPゴシック" w:eastAsia="BIZ UDPゴシック" w:hAnsi="BIZ UDPゴシック"/>
                                      <w:sz w:val="9"/>
                                      <w:szCs w:val="21"/>
                                      <w:lang w:eastAsia="ja-JP"/>
                                    </w:rPr>
                                    <w:t>えちぜんし</w:t>
                                  </w:r>
                                </w:rt>
                                <w:rubyBase>
                                  <w:r w:rsidR="00C677CD" w:rsidRPr="00C677CD">
                                    <w:rPr>
                                      <w:rFonts w:ascii="BIZ UDPゴシック" w:eastAsia="BIZ UDPゴシック" w:hAnsi="BIZ UDPゴシック"/>
                                      <w:sz w:val="21"/>
                                      <w:szCs w:val="21"/>
                                      <w:lang w:eastAsia="ja-JP"/>
                                    </w:rPr>
                                    <w:t>越前市</w:t>
                                  </w:r>
                                </w:rubyBase>
                              </w:ruby>
                            </w:r>
                            <w:r w:rsidRPr="00C677CD">
                              <w:rPr>
                                <w:rFonts w:ascii="BIZ UDPゴシック" w:eastAsia="BIZ UDPゴシック" w:hAnsi="BIZ UDPゴシック" w:hint="eastAsia"/>
                                <w:sz w:val="21"/>
                                <w:szCs w:val="21"/>
                                <w:lang w:eastAsia="ja-JP"/>
                              </w:rPr>
                              <w:t>おうちナビ</w:t>
                            </w:r>
                            <w:r w:rsidR="003A721B">
                              <w:rPr>
                                <w:rFonts w:ascii="BIZ UDPゴシック" w:eastAsia="BIZ UDPゴシック" w:hAnsi="BIZ UDPゴシック" w:hint="eastAsia"/>
                                <w:sz w:val="21"/>
                                <w:szCs w:val="21"/>
                                <w:lang w:eastAsia="ja-JP"/>
                              </w:rPr>
                              <w:t>」</w:t>
                            </w:r>
                            <w:r w:rsidRPr="00C677CD">
                              <w:rPr>
                                <w:rFonts w:ascii="BIZ UDPゴシック" w:eastAsia="BIZ UDPゴシック" w:hAnsi="BIZ UDPゴシック"/>
                                <w:sz w:val="21"/>
                                <w:szCs w:val="21"/>
                                <w:lang w:eastAsia="ja-JP"/>
                              </w:rPr>
                              <w:br/>
                            </w:r>
                            <w:r w:rsidRPr="00C677CD">
                              <w:rPr>
                                <w:rFonts w:ascii="BIZ UDPゴシック" w:eastAsia="BIZ UDPゴシック" w:hAnsi="BIZ UDPゴシック" w:hint="eastAsia"/>
                                <w:sz w:val="21"/>
                                <w:szCs w:val="21"/>
                                <w:lang w:eastAsia="ja-JP"/>
                              </w:rPr>
                              <w:t xml:space="preserve">　の</w:t>
                            </w:r>
                            <w:r w:rsidRPr="00C677CD">
                              <w:rPr>
                                <w:rFonts w:ascii="BIZ UDPゴシック" w:eastAsia="BIZ UDPゴシック" w:hAnsi="BIZ UDPゴシック"/>
                                <w:sz w:val="21"/>
                                <w:szCs w:val="21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C677CD" w:rsidRPr="00C677CD">
                                    <w:rPr>
                                      <w:rFonts w:ascii="BIZ UDPゴシック" w:eastAsia="BIZ UDPゴシック" w:hAnsi="BIZ UDPゴシック"/>
                                      <w:sz w:val="9"/>
                                      <w:szCs w:val="21"/>
                                      <w:lang w:eastAsia="ja-JP"/>
                                    </w:rPr>
                                    <w:t>とうろく</w:t>
                                  </w:r>
                                </w:rt>
                                <w:rubyBase>
                                  <w:r w:rsidR="00C677CD" w:rsidRPr="00C677CD">
                                    <w:rPr>
                                      <w:rFonts w:ascii="BIZ UDPゴシック" w:eastAsia="BIZ UDPゴシック" w:hAnsi="BIZ UDPゴシック"/>
                                      <w:sz w:val="21"/>
                                      <w:szCs w:val="21"/>
                                      <w:lang w:eastAsia="ja-JP"/>
                                    </w:rPr>
                                    <w:t>登録</w:t>
                                  </w:r>
                                </w:rubyBase>
                              </w:ruby>
                            </w:r>
                            <w:r w:rsidRPr="00C677CD">
                              <w:rPr>
                                <w:rFonts w:ascii="BIZ UDPゴシック" w:eastAsia="BIZ UDPゴシック" w:hAnsi="BIZ UDPゴシック" w:hint="eastAsia"/>
                                <w:sz w:val="21"/>
                                <w:szCs w:val="21"/>
                                <w:lang w:eastAsia="ja-JP"/>
                              </w:rPr>
                              <w:t>はこちら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0E944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margin-left:385.4pt;margin-top:20.35pt;width:114pt;height:58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" fillcolor="white [3201]" stroked="f" strokeweight=".5pt">
                <v:textbox>
                  <w:txbxContent>
                    <w:p w14:paraId="1ACB5B10" w14:textId="09A1DD3F" w:rsidR="00C677CD" w:rsidRPr="00C677CD" w:rsidRDefault="00C677CD">
                      <w:pPr>
                        <w:rPr>
                          <w:rFonts w:ascii="BIZ UDPゴシック" w:eastAsia="BIZ UDPゴシック" w:hAnsi="BIZ UDPゴシック"/>
                          <w:sz w:val="21"/>
                          <w:szCs w:val="21"/>
                          <w:lang w:eastAsia="ja-JP"/>
                        </w:rPr>
                      </w:pPr>
                      <w:r w:rsidRPr="00C677CD">
                        <w:rPr>
                          <w:rFonts w:ascii="BIZ UDPゴシック" w:eastAsia="BIZ UDPゴシック" w:hAnsi="BIZ UDPゴシック" w:hint="eastAsia"/>
                          <w:sz w:val="21"/>
                          <w:szCs w:val="21"/>
                          <w:lang w:eastAsia="ja-JP"/>
                        </w:rPr>
                        <w:t>◀「</w:t>
                      </w:r>
                      <w:r w:rsidRPr="00C677CD">
                        <w:rPr>
                          <w:rFonts w:ascii="BIZ UDPゴシック" w:eastAsia="BIZ UDPゴシック" w:hAnsi="BIZ UDPゴシック"/>
                          <w:sz w:val="21"/>
                          <w:szCs w:val="21"/>
                          <w:lang w:eastAsia="ja-JP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1"/>
                            <w:lid w:val="ja-JP"/>
                          </w:rubyPr>
                          <w:rt>
                            <w:r w:rsidR="00C677CD" w:rsidRPr="00C677CD">
                              <w:rPr>
                                <w:rFonts w:ascii="BIZ UDPゴシック" w:eastAsia="BIZ UDPゴシック" w:hAnsi="BIZ UDPゴシック"/>
                                <w:sz w:val="9"/>
                                <w:szCs w:val="21"/>
                                <w:lang w:eastAsia="ja-JP"/>
                              </w:rPr>
                              <w:t>えちぜんし</w:t>
                            </w:r>
                          </w:rt>
                          <w:rubyBase>
                            <w:r w:rsidR="00C677CD" w:rsidRPr="00C677CD">
                              <w:rPr>
                                <w:rFonts w:ascii="BIZ UDPゴシック" w:eastAsia="BIZ UDPゴシック" w:hAnsi="BIZ UDPゴシック"/>
                                <w:sz w:val="21"/>
                                <w:szCs w:val="21"/>
                                <w:lang w:eastAsia="ja-JP"/>
                              </w:rPr>
                              <w:t>越前市</w:t>
                            </w:r>
                          </w:rubyBase>
                        </w:ruby>
                      </w:r>
                      <w:r w:rsidRPr="00C677CD">
                        <w:rPr>
                          <w:rFonts w:ascii="BIZ UDPゴシック" w:eastAsia="BIZ UDPゴシック" w:hAnsi="BIZ UDPゴシック" w:hint="eastAsia"/>
                          <w:sz w:val="21"/>
                          <w:szCs w:val="21"/>
                          <w:lang w:eastAsia="ja-JP"/>
                        </w:rPr>
                        <w:t>おうちナビ</w:t>
                      </w:r>
                      <w:r w:rsidR="003A721B">
                        <w:rPr>
                          <w:rFonts w:ascii="BIZ UDPゴシック" w:eastAsia="BIZ UDPゴシック" w:hAnsi="BIZ UDPゴシック" w:hint="eastAsia"/>
                          <w:sz w:val="21"/>
                          <w:szCs w:val="21"/>
                          <w:lang w:eastAsia="ja-JP"/>
                        </w:rPr>
                        <w:t>」</w:t>
                      </w:r>
                      <w:r w:rsidRPr="00C677CD">
                        <w:rPr>
                          <w:rFonts w:ascii="BIZ UDPゴシック" w:eastAsia="BIZ UDPゴシック" w:hAnsi="BIZ UDPゴシック"/>
                          <w:sz w:val="21"/>
                          <w:szCs w:val="21"/>
                          <w:lang w:eastAsia="ja-JP"/>
                        </w:rPr>
                        <w:br/>
                      </w:r>
                      <w:r w:rsidRPr="00C677CD">
                        <w:rPr>
                          <w:rFonts w:ascii="BIZ UDPゴシック" w:eastAsia="BIZ UDPゴシック" w:hAnsi="BIZ UDPゴシック" w:hint="eastAsia"/>
                          <w:sz w:val="21"/>
                          <w:szCs w:val="21"/>
                          <w:lang w:eastAsia="ja-JP"/>
                        </w:rPr>
                        <w:t xml:space="preserve">　の</w:t>
                      </w:r>
                      <w:r w:rsidRPr="00C677CD">
                        <w:rPr>
                          <w:rFonts w:ascii="BIZ UDPゴシック" w:eastAsia="BIZ UDPゴシック" w:hAnsi="BIZ UDPゴシック"/>
                          <w:sz w:val="21"/>
                          <w:szCs w:val="21"/>
                          <w:lang w:eastAsia="ja-JP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1"/>
                            <w:lid w:val="ja-JP"/>
                          </w:rubyPr>
                          <w:rt>
                            <w:r w:rsidR="00C677CD" w:rsidRPr="00C677CD">
                              <w:rPr>
                                <w:rFonts w:ascii="BIZ UDPゴシック" w:eastAsia="BIZ UDPゴシック" w:hAnsi="BIZ UDPゴシック"/>
                                <w:sz w:val="9"/>
                                <w:szCs w:val="21"/>
                                <w:lang w:eastAsia="ja-JP"/>
                              </w:rPr>
                              <w:t>とうろく</w:t>
                            </w:r>
                          </w:rt>
                          <w:rubyBase>
                            <w:r w:rsidR="00C677CD" w:rsidRPr="00C677CD">
                              <w:rPr>
                                <w:rFonts w:ascii="BIZ UDPゴシック" w:eastAsia="BIZ UDPゴシック" w:hAnsi="BIZ UDPゴシック"/>
                                <w:sz w:val="21"/>
                                <w:szCs w:val="21"/>
                                <w:lang w:eastAsia="ja-JP"/>
                              </w:rPr>
                              <w:t>登録</w:t>
                            </w:r>
                          </w:rubyBase>
                        </w:ruby>
                      </w:r>
                      <w:r w:rsidRPr="00C677CD">
                        <w:rPr>
                          <w:rFonts w:ascii="BIZ UDPゴシック" w:eastAsia="BIZ UDPゴシック" w:hAnsi="BIZ UDPゴシック" w:hint="eastAsia"/>
                          <w:sz w:val="21"/>
                          <w:szCs w:val="21"/>
                          <w:lang w:eastAsia="ja-JP"/>
                        </w:rPr>
                        <w:t>はこちら</w:t>
                      </w:r>
                    </w:p>
                  </w:txbxContent>
                </v:textbox>
              </v:shape>
            </w:pict>
          </mc:Fallback>
        </mc:AlternateContent>
      </w:r>
      <w:r w:rsidR="003A721B">
        <w:rPr>
          <w:rFonts w:ascii="BIZ UDゴシック" w:eastAsia="BIZ UDゴシック" w:hAnsi="BIZ UDゴシック" w:hint="eastAsia"/>
          <w:noProof/>
          <w:sz w:val="24"/>
          <w:szCs w:val="24"/>
          <w:lang w:eastAsia="ja-JP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648B377F" wp14:editId="7AC5AE3D">
                <wp:simplePos x="0" y="0"/>
                <wp:positionH relativeFrom="column">
                  <wp:posOffset>78105</wp:posOffset>
                </wp:positionH>
                <wp:positionV relativeFrom="paragraph">
                  <wp:posOffset>687070</wp:posOffset>
                </wp:positionV>
                <wp:extent cx="3676650" cy="714375"/>
                <wp:effectExtent l="0" t="0" r="0" b="9525"/>
                <wp:wrapNone/>
                <wp:docPr id="1705409618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6650" cy="714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63BF388" w14:textId="77777777" w:rsidR="003A721B" w:rsidRPr="003A721B" w:rsidRDefault="003A721B" w:rsidP="003A721B">
                            <w:pPr>
                              <w:ind w:left="210" w:hangingChars="100" w:hanging="210"/>
                              <w:rPr>
                                <w:rFonts w:ascii="BIZ UDゴシック" w:eastAsia="BIZ UDゴシック" w:hAnsi="BIZ UDゴシック"/>
                                <w:sz w:val="21"/>
                                <w:szCs w:val="21"/>
                                <w:lang w:eastAsia="ja-JP"/>
                              </w:rPr>
                            </w:pPr>
                            <w:r w:rsidRPr="003A721B">
                              <w:rPr>
                                <w:rFonts w:ascii="BIZ UDゴシック" w:eastAsia="BIZ UDゴシック" w:hAnsi="BIZ UDゴシック" w:hint="eastAsia"/>
                                <w:sz w:val="21"/>
                                <w:szCs w:val="21"/>
                                <w:lang w:eastAsia="ja-JP"/>
                              </w:rPr>
                              <w:t>「</w:t>
                            </w:r>
                            <w:r w:rsidRPr="003A721B">
                              <w:rPr>
                                <w:rFonts w:ascii="BIZ UDゴシック" w:eastAsia="BIZ UDゴシック" w:hAnsi="BIZ UDゴシック"/>
                                <w:sz w:val="21"/>
                                <w:szCs w:val="21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1"/>
                                  <w:lid w:val="ja-JP"/>
                                </w:rubyPr>
                                <w:rt>
                                  <w:r w:rsidR="003A721B" w:rsidRPr="003A721B">
                                    <w:rPr>
                                      <w:rFonts w:ascii="BIZ UDゴシック" w:eastAsia="BIZ UDゴシック" w:hAnsi="BIZ UDゴシック"/>
                                      <w:sz w:val="8"/>
                                      <w:szCs w:val="21"/>
                                      <w:lang w:eastAsia="ja-JP"/>
                                    </w:rPr>
                                    <w:t>えちぜんし</w:t>
                                  </w:r>
                                </w:rt>
                                <w:rubyBase>
                                  <w:r w:rsidR="003A721B" w:rsidRPr="003A721B">
                                    <w:rPr>
                                      <w:rFonts w:ascii="BIZ UDゴシック" w:eastAsia="BIZ UDゴシック" w:hAnsi="BIZ UDゴシック"/>
                                      <w:sz w:val="21"/>
                                      <w:szCs w:val="21"/>
                                      <w:lang w:eastAsia="ja-JP"/>
                                    </w:rPr>
                                    <w:t>越前市</w:t>
                                  </w:r>
                                </w:rubyBase>
                              </w:ruby>
                            </w:r>
                            <w:r w:rsidRPr="003A721B">
                              <w:rPr>
                                <w:rFonts w:ascii="BIZ UDゴシック" w:eastAsia="BIZ UDゴシック" w:hAnsi="BIZ UDゴシック"/>
                                <w:sz w:val="21"/>
                                <w:szCs w:val="21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1"/>
                                  <w:lid w:val="ja-JP"/>
                                </w:rubyPr>
                                <w:rt>
                                  <w:r w:rsidR="003A721B" w:rsidRPr="003A721B">
                                    <w:rPr>
                                      <w:rFonts w:ascii="BIZ UDゴシック" w:eastAsia="BIZ UDゴシック" w:hAnsi="BIZ UDゴシック"/>
                                      <w:sz w:val="8"/>
                                      <w:szCs w:val="21"/>
                                      <w:lang w:eastAsia="ja-JP"/>
                                    </w:rPr>
                                    <w:t>たてもの</w:t>
                                  </w:r>
                                </w:rt>
                                <w:rubyBase>
                                  <w:r w:rsidR="003A721B" w:rsidRPr="003A721B">
                                    <w:rPr>
                                      <w:rFonts w:ascii="BIZ UDゴシック" w:eastAsia="BIZ UDゴシック" w:hAnsi="BIZ UDゴシック"/>
                                      <w:sz w:val="21"/>
                                      <w:szCs w:val="21"/>
                                      <w:lang w:eastAsia="ja-JP"/>
                                    </w:rPr>
                                    <w:t>建物</w:t>
                                  </w:r>
                                </w:rubyBase>
                              </w:ruby>
                            </w:r>
                            <w:r w:rsidRPr="003A721B">
                              <w:rPr>
                                <w:rFonts w:ascii="BIZ UDゴシック" w:eastAsia="BIZ UDゴシック" w:hAnsi="BIZ UDゴシック" w:hint="eastAsia"/>
                                <w:sz w:val="21"/>
                                <w:szCs w:val="21"/>
                                <w:lang w:eastAsia="ja-JP"/>
                              </w:rPr>
                              <w:t>（</w:t>
                            </w:r>
                            <w:r w:rsidRPr="003A721B">
                              <w:rPr>
                                <w:rFonts w:ascii="BIZ UDゴシック" w:eastAsia="BIZ UDゴシック" w:hAnsi="BIZ UDゴシック"/>
                                <w:sz w:val="21"/>
                                <w:szCs w:val="21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1"/>
                                  <w:lid w:val="ja-JP"/>
                                </w:rubyPr>
                                <w:rt>
                                  <w:r w:rsidR="003A721B" w:rsidRPr="003A721B">
                                    <w:rPr>
                                      <w:rFonts w:ascii="BIZ UDゴシック" w:eastAsia="BIZ UDゴシック" w:hAnsi="BIZ UDゴシック"/>
                                      <w:sz w:val="8"/>
                                      <w:szCs w:val="21"/>
                                      <w:lang w:eastAsia="ja-JP"/>
                                    </w:rPr>
                                    <w:t>あきや</w:t>
                                  </w:r>
                                </w:rt>
                                <w:rubyBase>
                                  <w:r w:rsidR="003A721B" w:rsidRPr="003A721B">
                                    <w:rPr>
                                      <w:rFonts w:ascii="BIZ UDゴシック" w:eastAsia="BIZ UDゴシック" w:hAnsi="BIZ UDゴシック"/>
                                      <w:sz w:val="21"/>
                                      <w:szCs w:val="21"/>
                                      <w:lang w:eastAsia="ja-JP"/>
                                    </w:rPr>
                                    <w:t>空家</w:t>
                                  </w:r>
                                </w:rubyBase>
                              </w:ruby>
                            </w:r>
                            <w:r w:rsidRPr="003A721B">
                              <w:rPr>
                                <w:rFonts w:ascii="BIZ UDゴシック" w:eastAsia="BIZ UDゴシック" w:hAnsi="BIZ UDゴシック" w:hint="eastAsia"/>
                                <w:sz w:val="21"/>
                                <w:szCs w:val="21"/>
                                <w:lang w:eastAsia="ja-JP"/>
                              </w:rPr>
                              <w:t>・</w:t>
                            </w:r>
                            <w:r w:rsidRPr="003A721B">
                              <w:rPr>
                                <w:rFonts w:ascii="BIZ UDゴシック" w:eastAsia="BIZ UDゴシック" w:hAnsi="BIZ UDゴシック"/>
                                <w:sz w:val="21"/>
                                <w:szCs w:val="21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1"/>
                                  <w:lid w:val="ja-JP"/>
                                </w:rubyPr>
                                <w:rt>
                                  <w:r w:rsidR="003A721B" w:rsidRPr="003A721B">
                                    <w:rPr>
                                      <w:rFonts w:ascii="BIZ UDゴシック" w:eastAsia="BIZ UDゴシック" w:hAnsi="BIZ UDゴシック"/>
                                      <w:sz w:val="8"/>
                                      <w:szCs w:val="21"/>
                                      <w:lang w:eastAsia="ja-JP"/>
                                    </w:rPr>
                                    <w:t>あきち</w:t>
                                  </w:r>
                                </w:rt>
                                <w:rubyBase>
                                  <w:r w:rsidR="003A721B" w:rsidRPr="003A721B">
                                    <w:rPr>
                                      <w:rFonts w:ascii="BIZ UDゴシック" w:eastAsia="BIZ UDゴシック" w:hAnsi="BIZ UDゴシック"/>
                                      <w:sz w:val="21"/>
                                      <w:szCs w:val="21"/>
                                      <w:lang w:eastAsia="ja-JP"/>
                                    </w:rPr>
                                    <w:t>空地</w:t>
                                  </w:r>
                                </w:rubyBase>
                              </w:ruby>
                            </w:r>
                            <w:r w:rsidRPr="003A721B">
                              <w:rPr>
                                <w:rFonts w:ascii="BIZ UDゴシック" w:eastAsia="BIZ UDゴシック" w:hAnsi="BIZ UDゴシック" w:hint="eastAsia"/>
                                <w:sz w:val="21"/>
                                <w:szCs w:val="21"/>
                                <w:lang w:eastAsia="ja-JP"/>
                              </w:rPr>
                              <w:t>）</w:t>
                            </w:r>
                            <w:r w:rsidRPr="003A721B">
                              <w:rPr>
                                <w:rFonts w:ascii="BIZ UDゴシック" w:eastAsia="BIZ UDゴシック" w:hAnsi="BIZ UDゴシック"/>
                                <w:sz w:val="21"/>
                                <w:szCs w:val="21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1"/>
                                  <w:lid w:val="ja-JP"/>
                                </w:rubyPr>
                                <w:rt>
                                  <w:r w:rsidR="003A721B" w:rsidRPr="003A721B">
                                    <w:rPr>
                                      <w:rFonts w:ascii="BIZ UDゴシック" w:eastAsia="BIZ UDゴシック" w:hAnsi="BIZ UDゴシック"/>
                                      <w:sz w:val="8"/>
                                      <w:szCs w:val="21"/>
                                      <w:lang w:eastAsia="ja-JP"/>
                                    </w:rPr>
                                    <w:t>かつよう</w:t>
                                  </w:r>
                                </w:rt>
                                <w:rubyBase>
                                  <w:r w:rsidR="003A721B" w:rsidRPr="003A721B">
                                    <w:rPr>
                                      <w:rFonts w:ascii="BIZ UDゴシック" w:eastAsia="BIZ UDゴシック" w:hAnsi="BIZ UDゴシック"/>
                                      <w:sz w:val="21"/>
                                      <w:szCs w:val="21"/>
                                      <w:lang w:eastAsia="ja-JP"/>
                                    </w:rPr>
                                    <w:t>活用</w:t>
                                  </w:r>
                                </w:rubyBase>
                              </w:ruby>
                            </w:r>
                            <w:r w:rsidRPr="003A721B">
                              <w:rPr>
                                <w:rFonts w:ascii="BIZ UDゴシック" w:eastAsia="BIZ UDゴシック" w:hAnsi="BIZ UDゴシック" w:hint="eastAsia"/>
                                <w:sz w:val="21"/>
                                <w:szCs w:val="21"/>
                                <w:lang w:eastAsia="ja-JP"/>
                              </w:rPr>
                              <w:t>パートナー</w:t>
                            </w:r>
                            <w:r w:rsidRPr="003A721B">
                              <w:rPr>
                                <w:rFonts w:ascii="BIZ UDゴシック" w:eastAsia="BIZ UDゴシック" w:hAnsi="BIZ UDゴシック"/>
                                <w:sz w:val="21"/>
                                <w:szCs w:val="21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2"/>
                                  <w:hpsBaseText w:val="21"/>
                                  <w:lid w:val="ja-JP"/>
                                </w:rubyPr>
                                <w:rt>
                                  <w:r w:rsidR="003A721B" w:rsidRPr="003A721B">
                                    <w:rPr>
                                      <w:rFonts w:ascii="BIZ UDゴシック" w:eastAsia="BIZ UDゴシック" w:hAnsi="BIZ UDゴシック"/>
                                      <w:sz w:val="10"/>
                                      <w:szCs w:val="21"/>
                                      <w:lang w:eastAsia="ja-JP"/>
                                    </w:rPr>
                                    <w:t>じぎょうしょ</w:t>
                                  </w:r>
                                </w:rt>
                                <w:rubyBase>
                                  <w:r w:rsidR="003A721B" w:rsidRPr="003A721B">
                                    <w:rPr>
                                      <w:rFonts w:ascii="BIZ UDゴシック" w:eastAsia="BIZ UDゴシック" w:hAnsi="BIZ UDゴシック"/>
                                      <w:sz w:val="21"/>
                                      <w:szCs w:val="21"/>
                                      <w:lang w:eastAsia="ja-JP"/>
                                    </w:rPr>
                                    <w:t>事業所</w:t>
                                  </w:r>
                                </w:rubyBase>
                              </w:ruby>
                            </w:r>
                            <w:r w:rsidRPr="003A721B">
                              <w:rPr>
                                <w:rFonts w:ascii="BIZ UDゴシック" w:eastAsia="BIZ UDゴシック" w:hAnsi="BIZ UDゴシック" w:hint="eastAsia"/>
                                <w:sz w:val="21"/>
                                <w:szCs w:val="21"/>
                                <w:lang w:eastAsia="ja-JP"/>
                              </w:rPr>
                              <w:t>」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1"/>
                                <w:szCs w:val="21"/>
                                <w:lang w:eastAsia="ja-JP"/>
                              </w:rPr>
                              <w:br/>
                            </w:r>
                            <w:r w:rsidRPr="003A721B">
                              <w:rPr>
                                <w:rFonts w:ascii="BIZ UDゴシック" w:eastAsia="BIZ UDゴシック" w:hAnsi="BIZ UDゴシック" w:hint="eastAsia"/>
                                <w:sz w:val="21"/>
                                <w:szCs w:val="21"/>
                                <w:lang w:eastAsia="ja-JP"/>
                              </w:rPr>
                              <w:t xml:space="preserve">チラシ を </w:t>
                            </w:r>
                            <w:r w:rsidRPr="003A721B">
                              <w:rPr>
                                <w:rFonts w:ascii="BIZ UDゴシック" w:eastAsia="BIZ UDゴシック" w:hAnsi="BIZ UDゴシック"/>
                                <w:sz w:val="21"/>
                                <w:szCs w:val="21"/>
                                <w:lang w:eastAsia="ja-JP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2"/>
                                  <w:hpsBaseText w:val="21"/>
                                  <w:lid w:val="ja-JP"/>
                                </w:rubyPr>
                                <w:rt>
                                  <w:r w:rsidR="003A721B" w:rsidRPr="003A721B">
                                    <w:rPr>
                                      <w:rFonts w:ascii="BIZ UDゴシック" w:eastAsia="BIZ UDゴシック" w:hAnsi="BIZ UDゴシック"/>
                                      <w:sz w:val="10"/>
                                      <w:szCs w:val="21"/>
                                      <w:lang w:eastAsia="ja-JP"/>
                                    </w:rPr>
                                    <w:t>み</w:t>
                                  </w:r>
                                </w:rt>
                                <w:rubyBase>
                                  <w:r w:rsidR="003A721B" w:rsidRPr="003A721B">
                                    <w:rPr>
                                      <w:rFonts w:ascii="BIZ UDゴシック" w:eastAsia="BIZ UDゴシック" w:hAnsi="BIZ UDゴシック"/>
                                      <w:sz w:val="21"/>
                                      <w:szCs w:val="21"/>
                                      <w:lang w:eastAsia="ja-JP"/>
                                    </w:rPr>
                                    <w:t>見</w:t>
                                  </w:r>
                                </w:rubyBase>
                              </w:ruby>
                            </w:r>
                            <w:r w:rsidRPr="003A721B">
                              <w:rPr>
                                <w:rFonts w:ascii="BIZ UDゴシック" w:eastAsia="BIZ UDゴシック" w:hAnsi="BIZ UDゴシック" w:hint="eastAsia"/>
                                <w:sz w:val="21"/>
                                <w:szCs w:val="21"/>
                                <w:lang w:eastAsia="ja-JP"/>
                              </w:rPr>
                              <w:t>てください。</w:t>
                            </w:r>
                          </w:p>
                          <w:p w14:paraId="395FEC9D" w14:textId="44FA5F67" w:rsidR="003A721B" w:rsidRPr="003A721B" w:rsidRDefault="003A721B">
                            <w:pPr>
                              <w:rPr>
                                <w:rFonts w:ascii="BIZ UDゴシック" w:eastAsia="BIZ UDゴシック" w:hAnsi="BIZ UDゴシック"/>
                                <w:sz w:val="21"/>
                                <w:szCs w:val="21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8B377F" id="テキスト ボックス 5" o:spid="_x0000_s1027" type="#_x0000_t202" style="position:absolute;margin-left:6.15pt;margin-top:54.1pt;width:289.5pt;height:56.2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" fillcolor="white [3201]" stroked="f" strokeweight=".5pt">
                <v:textbox>
                  <w:txbxContent>
                    <w:p w14:paraId="063BF388" w14:textId="77777777" w:rsidR="003A721B" w:rsidRPr="003A721B" w:rsidRDefault="003A721B" w:rsidP="003A721B">
                      <w:pPr>
                        <w:ind w:left="210" w:hangingChars="100" w:hanging="210"/>
                        <w:rPr>
                          <w:rFonts w:ascii="BIZ UDゴシック" w:eastAsia="BIZ UDゴシック" w:hAnsi="BIZ UDゴシック"/>
                          <w:sz w:val="21"/>
                          <w:szCs w:val="21"/>
                          <w:lang w:eastAsia="ja-JP"/>
                        </w:rPr>
                      </w:pPr>
                      <w:r w:rsidRPr="003A721B">
                        <w:rPr>
                          <w:rFonts w:ascii="BIZ UDゴシック" w:eastAsia="BIZ UDゴシック" w:hAnsi="BIZ UDゴシック" w:hint="eastAsia"/>
                          <w:sz w:val="21"/>
                          <w:szCs w:val="21"/>
                          <w:lang w:eastAsia="ja-JP"/>
                        </w:rPr>
                        <w:t>「</w:t>
                      </w:r>
                      <w:r w:rsidRPr="003A721B">
                        <w:rPr>
                          <w:rFonts w:ascii="BIZ UDゴシック" w:eastAsia="BIZ UDゴシック" w:hAnsi="BIZ UDゴシック"/>
                          <w:sz w:val="21"/>
                          <w:szCs w:val="21"/>
                          <w:lang w:eastAsia="ja-JP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1"/>
                            <w:lid w:val="ja-JP"/>
                          </w:rubyPr>
                          <w:rt>
                            <w:r w:rsidR="003A721B" w:rsidRPr="003A721B">
                              <w:rPr>
                                <w:rFonts w:ascii="BIZ UDゴシック" w:eastAsia="BIZ UDゴシック" w:hAnsi="BIZ UDゴシック"/>
                                <w:sz w:val="8"/>
                                <w:szCs w:val="21"/>
                                <w:lang w:eastAsia="ja-JP"/>
                              </w:rPr>
                              <w:t>えちぜんし</w:t>
                            </w:r>
                          </w:rt>
                          <w:rubyBase>
                            <w:r w:rsidR="003A721B" w:rsidRPr="003A721B">
                              <w:rPr>
                                <w:rFonts w:ascii="BIZ UDゴシック" w:eastAsia="BIZ UDゴシック" w:hAnsi="BIZ UDゴシック"/>
                                <w:sz w:val="21"/>
                                <w:szCs w:val="21"/>
                                <w:lang w:eastAsia="ja-JP"/>
                              </w:rPr>
                              <w:t>越前市</w:t>
                            </w:r>
                          </w:rubyBase>
                        </w:ruby>
                      </w:r>
                      <w:r w:rsidRPr="003A721B">
                        <w:rPr>
                          <w:rFonts w:ascii="BIZ UDゴシック" w:eastAsia="BIZ UDゴシック" w:hAnsi="BIZ UDゴシック"/>
                          <w:sz w:val="21"/>
                          <w:szCs w:val="21"/>
                          <w:lang w:eastAsia="ja-JP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1"/>
                            <w:lid w:val="ja-JP"/>
                          </w:rubyPr>
                          <w:rt>
                            <w:r w:rsidR="003A721B" w:rsidRPr="003A721B">
                              <w:rPr>
                                <w:rFonts w:ascii="BIZ UDゴシック" w:eastAsia="BIZ UDゴシック" w:hAnsi="BIZ UDゴシック"/>
                                <w:sz w:val="8"/>
                                <w:szCs w:val="21"/>
                                <w:lang w:eastAsia="ja-JP"/>
                              </w:rPr>
                              <w:t>たてもの</w:t>
                            </w:r>
                          </w:rt>
                          <w:rubyBase>
                            <w:r w:rsidR="003A721B" w:rsidRPr="003A721B">
                              <w:rPr>
                                <w:rFonts w:ascii="BIZ UDゴシック" w:eastAsia="BIZ UDゴシック" w:hAnsi="BIZ UDゴシック"/>
                                <w:sz w:val="21"/>
                                <w:szCs w:val="21"/>
                                <w:lang w:eastAsia="ja-JP"/>
                              </w:rPr>
                              <w:t>建物</w:t>
                            </w:r>
                          </w:rubyBase>
                        </w:ruby>
                      </w:r>
                      <w:r w:rsidRPr="003A721B">
                        <w:rPr>
                          <w:rFonts w:ascii="BIZ UDゴシック" w:eastAsia="BIZ UDゴシック" w:hAnsi="BIZ UDゴシック" w:hint="eastAsia"/>
                          <w:sz w:val="21"/>
                          <w:szCs w:val="21"/>
                          <w:lang w:eastAsia="ja-JP"/>
                        </w:rPr>
                        <w:t>（</w:t>
                      </w:r>
                      <w:r w:rsidRPr="003A721B">
                        <w:rPr>
                          <w:rFonts w:ascii="BIZ UDゴシック" w:eastAsia="BIZ UDゴシック" w:hAnsi="BIZ UDゴシック"/>
                          <w:sz w:val="21"/>
                          <w:szCs w:val="21"/>
                          <w:lang w:eastAsia="ja-JP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1"/>
                            <w:lid w:val="ja-JP"/>
                          </w:rubyPr>
                          <w:rt>
                            <w:r w:rsidR="003A721B" w:rsidRPr="003A721B">
                              <w:rPr>
                                <w:rFonts w:ascii="BIZ UDゴシック" w:eastAsia="BIZ UDゴシック" w:hAnsi="BIZ UDゴシック"/>
                                <w:sz w:val="8"/>
                                <w:szCs w:val="21"/>
                                <w:lang w:eastAsia="ja-JP"/>
                              </w:rPr>
                              <w:t>あきや</w:t>
                            </w:r>
                          </w:rt>
                          <w:rubyBase>
                            <w:r w:rsidR="003A721B" w:rsidRPr="003A721B">
                              <w:rPr>
                                <w:rFonts w:ascii="BIZ UDゴシック" w:eastAsia="BIZ UDゴシック" w:hAnsi="BIZ UDゴシック"/>
                                <w:sz w:val="21"/>
                                <w:szCs w:val="21"/>
                                <w:lang w:eastAsia="ja-JP"/>
                              </w:rPr>
                              <w:t>空家</w:t>
                            </w:r>
                          </w:rubyBase>
                        </w:ruby>
                      </w:r>
                      <w:r w:rsidRPr="003A721B">
                        <w:rPr>
                          <w:rFonts w:ascii="BIZ UDゴシック" w:eastAsia="BIZ UDゴシック" w:hAnsi="BIZ UDゴシック" w:hint="eastAsia"/>
                          <w:sz w:val="21"/>
                          <w:szCs w:val="21"/>
                          <w:lang w:eastAsia="ja-JP"/>
                        </w:rPr>
                        <w:t>・</w:t>
                      </w:r>
                      <w:r w:rsidRPr="003A721B">
                        <w:rPr>
                          <w:rFonts w:ascii="BIZ UDゴシック" w:eastAsia="BIZ UDゴシック" w:hAnsi="BIZ UDゴシック"/>
                          <w:sz w:val="21"/>
                          <w:szCs w:val="21"/>
                          <w:lang w:eastAsia="ja-JP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1"/>
                            <w:lid w:val="ja-JP"/>
                          </w:rubyPr>
                          <w:rt>
                            <w:r w:rsidR="003A721B" w:rsidRPr="003A721B">
                              <w:rPr>
                                <w:rFonts w:ascii="BIZ UDゴシック" w:eastAsia="BIZ UDゴシック" w:hAnsi="BIZ UDゴシック"/>
                                <w:sz w:val="8"/>
                                <w:szCs w:val="21"/>
                                <w:lang w:eastAsia="ja-JP"/>
                              </w:rPr>
                              <w:t>あきち</w:t>
                            </w:r>
                          </w:rt>
                          <w:rubyBase>
                            <w:r w:rsidR="003A721B" w:rsidRPr="003A721B">
                              <w:rPr>
                                <w:rFonts w:ascii="BIZ UDゴシック" w:eastAsia="BIZ UDゴシック" w:hAnsi="BIZ UDゴシック"/>
                                <w:sz w:val="21"/>
                                <w:szCs w:val="21"/>
                                <w:lang w:eastAsia="ja-JP"/>
                              </w:rPr>
                              <w:t>空地</w:t>
                            </w:r>
                          </w:rubyBase>
                        </w:ruby>
                      </w:r>
                      <w:r w:rsidRPr="003A721B">
                        <w:rPr>
                          <w:rFonts w:ascii="BIZ UDゴシック" w:eastAsia="BIZ UDゴシック" w:hAnsi="BIZ UDゴシック" w:hint="eastAsia"/>
                          <w:sz w:val="21"/>
                          <w:szCs w:val="21"/>
                          <w:lang w:eastAsia="ja-JP"/>
                        </w:rPr>
                        <w:t>）</w:t>
                      </w:r>
                      <w:r w:rsidRPr="003A721B">
                        <w:rPr>
                          <w:rFonts w:ascii="BIZ UDゴシック" w:eastAsia="BIZ UDゴシック" w:hAnsi="BIZ UDゴシック"/>
                          <w:sz w:val="21"/>
                          <w:szCs w:val="21"/>
                          <w:lang w:eastAsia="ja-JP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1"/>
                            <w:lid w:val="ja-JP"/>
                          </w:rubyPr>
                          <w:rt>
                            <w:r w:rsidR="003A721B" w:rsidRPr="003A721B">
                              <w:rPr>
                                <w:rFonts w:ascii="BIZ UDゴシック" w:eastAsia="BIZ UDゴシック" w:hAnsi="BIZ UDゴシック"/>
                                <w:sz w:val="8"/>
                                <w:szCs w:val="21"/>
                                <w:lang w:eastAsia="ja-JP"/>
                              </w:rPr>
                              <w:t>かつよう</w:t>
                            </w:r>
                          </w:rt>
                          <w:rubyBase>
                            <w:r w:rsidR="003A721B" w:rsidRPr="003A721B">
                              <w:rPr>
                                <w:rFonts w:ascii="BIZ UDゴシック" w:eastAsia="BIZ UDゴシック" w:hAnsi="BIZ UDゴシック"/>
                                <w:sz w:val="21"/>
                                <w:szCs w:val="21"/>
                                <w:lang w:eastAsia="ja-JP"/>
                              </w:rPr>
                              <w:t>活用</w:t>
                            </w:r>
                          </w:rubyBase>
                        </w:ruby>
                      </w:r>
                      <w:r w:rsidRPr="003A721B">
                        <w:rPr>
                          <w:rFonts w:ascii="BIZ UDゴシック" w:eastAsia="BIZ UDゴシック" w:hAnsi="BIZ UDゴシック" w:hint="eastAsia"/>
                          <w:sz w:val="21"/>
                          <w:szCs w:val="21"/>
                          <w:lang w:eastAsia="ja-JP"/>
                        </w:rPr>
                        <w:t>パートナー</w:t>
                      </w:r>
                      <w:r w:rsidRPr="003A721B">
                        <w:rPr>
                          <w:rFonts w:ascii="BIZ UDゴシック" w:eastAsia="BIZ UDゴシック" w:hAnsi="BIZ UDゴシック"/>
                          <w:sz w:val="21"/>
                          <w:szCs w:val="21"/>
                          <w:lang w:eastAsia="ja-JP"/>
                        </w:rPr>
                        <w:ruby>
                          <w:rubyPr>
                            <w:rubyAlign w:val="distributeSpace"/>
                            <w:hps w:val="14"/>
                            <w:hpsRaise w:val="22"/>
                            <w:hpsBaseText w:val="21"/>
                            <w:lid w:val="ja-JP"/>
                          </w:rubyPr>
                          <w:rt>
                            <w:r w:rsidR="003A721B" w:rsidRPr="003A721B">
                              <w:rPr>
                                <w:rFonts w:ascii="BIZ UDゴシック" w:eastAsia="BIZ UDゴシック" w:hAnsi="BIZ UDゴシック"/>
                                <w:sz w:val="10"/>
                                <w:szCs w:val="21"/>
                                <w:lang w:eastAsia="ja-JP"/>
                              </w:rPr>
                              <w:t>じぎょうしょ</w:t>
                            </w:r>
                          </w:rt>
                          <w:rubyBase>
                            <w:r w:rsidR="003A721B" w:rsidRPr="003A721B">
                              <w:rPr>
                                <w:rFonts w:ascii="BIZ UDゴシック" w:eastAsia="BIZ UDゴシック" w:hAnsi="BIZ UDゴシック"/>
                                <w:sz w:val="21"/>
                                <w:szCs w:val="21"/>
                                <w:lang w:eastAsia="ja-JP"/>
                              </w:rPr>
                              <w:t>事業所</w:t>
                            </w:r>
                          </w:rubyBase>
                        </w:ruby>
                      </w:r>
                      <w:r w:rsidRPr="003A721B">
                        <w:rPr>
                          <w:rFonts w:ascii="BIZ UDゴシック" w:eastAsia="BIZ UDゴシック" w:hAnsi="BIZ UDゴシック" w:hint="eastAsia"/>
                          <w:sz w:val="21"/>
                          <w:szCs w:val="21"/>
                          <w:lang w:eastAsia="ja-JP"/>
                        </w:rPr>
                        <w:t>」</w:t>
                      </w:r>
                      <w:r>
                        <w:rPr>
                          <w:rFonts w:ascii="BIZ UDゴシック" w:eastAsia="BIZ UDゴシック" w:hAnsi="BIZ UDゴシック"/>
                          <w:sz w:val="21"/>
                          <w:szCs w:val="21"/>
                          <w:lang w:eastAsia="ja-JP"/>
                        </w:rPr>
                        <w:br/>
                      </w:r>
                      <w:r w:rsidRPr="003A721B">
                        <w:rPr>
                          <w:rFonts w:ascii="BIZ UDゴシック" w:eastAsia="BIZ UDゴシック" w:hAnsi="BIZ UDゴシック" w:hint="eastAsia"/>
                          <w:sz w:val="21"/>
                          <w:szCs w:val="21"/>
                          <w:lang w:eastAsia="ja-JP"/>
                        </w:rPr>
                        <w:t xml:space="preserve">チラシ を </w:t>
                      </w:r>
                      <w:r w:rsidRPr="003A721B">
                        <w:rPr>
                          <w:rFonts w:ascii="BIZ UDゴシック" w:eastAsia="BIZ UDゴシック" w:hAnsi="BIZ UDゴシック"/>
                          <w:sz w:val="21"/>
                          <w:szCs w:val="21"/>
                          <w:lang w:eastAsia="ja-JP"/>
                        </w:rPr>
                        <w:ruby>
                          <w:rubyPr>
                            <w:rubyAlign w:val="distributeSpace"/>
                            <w:hps w:val="14"/>
                            <w:hpsRaise w:val="22"/>
                            <w:hpsBaseText w:val="21"/>
                            <w:lid w:val="ja-JP"/>
                          </w:rubyPr>
                          <w:rt>
                            <w:r w:rsidR="003A721B" w:rsidRPr="003A721B">
                              <w:rPr>
                                <w:rFonts w:ascii="BIZ UDゴシック" w:eastAsia="BIZ UDゴシック" w:hAnsi="BIZ UDゴシック"/>
                                <w:sz w:val="10"/>
                                <w:szCs w:val="21"/>
                                <w:lang w:eastAsia="ja-JP"/>
                              </w:rPr>
                              <w:t>み</w:t>
                            </w:r>
                          </w:rt>
                          <w:rubyBase>
                            <w:r w:rsidR="003A721B" w:rsidRPr="003A721B">
                              <w:rPr>
                                <w:rFonts w:ascii="BIZ UDゴシック" w:eastAsia="BIZ UDゴシック" w:hAnsi="BIZ UDゴシック"/>
                                <w:sz w:val="21"/>
                                <w:szCs w:val="21"/>
                                <w:lang w:eastAsia="ja-JP"/>
                              </w:rPr>
                              <w:t>見</w:t>
                            </w:r>
                          </w:rubyBase>
                        </w:ruby>
                      </w:r>
                      <w:r w:rsidRPr="003A721B">
                        <w:rPr>
                          <w:rFonts w:ascii="BIZ UDゴシック" w:eastAsia="BIZ UDゴシック" w:hAnsi="BIZ UDゴシック" w:hint="eastAsia"/>
                          <w:sz w:val="21"/>
                          <w:szCs w:val="21"/>
                          <w:lang w:eastAsia="ja-JP"/>
                        </w:rPr>
                        <w:t>てください。</w:t>
                      </w:r>
                    </w:p>
                    <w:p w14:paraId="395FEC9D" w14:textId="44FA5F67" w:rsidR="003A721B" w:rsidRPr="003A721B" w:rsidRDefault="003A721B">
                      <w:pPr>
                        <w:rPr>
                          <w:rFonts w:ascii="BIZ UDゴシック" w:eastAsia="BIZ UDゴシック" w:hAnsi="BIZ UDゴシック"/>
                          <w:sz w:val="21"/>
                          <w:szCs w:val="21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54F75">
        <w:rPr>
          <w:rFonts w:ascii="BIZ UDゴシック" w:eastAsia="BIZ UDゴシック" w:hAnsi="BIZ UDゴシック" w:hint="eastAsia"/>
          <w:sz w:val="24"/>
          <w:szCs w:val="24"/>
          <w:lang w:eastAsia="ja-JP"/>
        </w:rPr>
        <w:t>・</w:t>
      </w:r>
      <w:r w:rsidR="00954F75"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954F75" w:rsidRPr="00C86F53">
              <w:rPr>
                <w:rFonts w:ascii="BIZ UDゴシック" w:eastAsia="BIZ UDゴシック" w:hAnsi="BIZ UDゴシック"/>
                <w:sz w:val="14"/>
                <w:szCs w:val="24"/>
                <w:lang w:eastAsia="ja-JP"/>
              </w:rPr>
              <w:t>ふどうさん</w:t>
            </w:r>
          </w:rt>
          <w:rubyBase>
            <w:r w:rsidR="00954F75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不動産</w:t>
            </w:r>
          </w:rubyBase>
        </w:ruby>
      </w:r>
      <w:r w:rsidR="00954F75"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954F75" w:rsidRPr="00C86F53">
              <w:rPr>
                <w:rFonts w:ascii="BIZ UDゴシック" w:eastAsia="BIZ UDゴシック" w:hAnsi="BIZ UDゴシック"/>
                <w:sz w:val="14"/>
                <w:szCs w:val="24"/>
                <w:lang w:eastAsia="ja-JP"/>
              </w:rPr>
              <w:t>がいしゃ</w:t>
            </w:r>
          </w:rt>
          <w:rubyBase>
            <w:r w:rsidR="00954F75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会社</w:t>
            </w:r>
          </w:rubyBase>
        </w:ruby>
      </w:r>
      <w:r w:rsidR="00954F75">
        <w:rPr>
          <w:rFonts w:ascii="BIZ UDゴシック" w:eastAsia="BIZ UDゴシック" w:hAnsi="BIZ UDゴシック" w:hint="eastAsia"/>
          <w:sz w:val="24"/>
          <w:szCs w:val="24"/>
          <w:lang w:eastAsia="ja-JP"/>
        </w:rPr>
        <w:t xml:space="preserve">への </w:t>
      </w:r>
      <w:r w:rsidR="00954F75"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954F75" w:rsidRPr="00C86F53">
              <w:rPr>
                <w:rFonts w:ascii="BIZ UDゴシック" w:eastAsia="BIZ UDゴシック" w:hAnsi="BIZ UDゴシック"/>
                <w:sz w:val="14"/>
                <w:szCs w:val="24"/>
                <w:lang w:eastAsia="ja-JP"/>
              </w:rPr>
              <w:t>そうだん</w:t>
            </w:r>
          </w:rt>
          <w:rubyBase>
            <w:r w:rsidR="00954F75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相談</w:t>
            </w:r>
          </w:rubyBase>
        </w:ruby>
      </w:r>
      <w:r w:rsidR="00954F75">
        <w:rPr>
          <w:rFonts w:ascii="BIZ UDゴシック" w:eastAsia="BIZ UDゴシック" w:hAnsi="BIZ UDゴシック"/>
          <w:sz w:val="24"/>
          <w:szCs w:val="24"/>
          <w:lang w:eastAsia="ja-JP"/>
        </w:rPr>
        <w:br/>
      </w:r>
      <w:r w:rsidR="00954F75">
        <w:rPr>
          <w:rFonts w:ascii="BIZ UDゴシック" w:eastAsia="BIZ UDゴシック" w:hAnsi="BIZ UDゴシック" w:hint="eastAsia"/>
          <w:sz w:val="24"/>
          <w:szCs w:val="24"/>
          <w:lang w:eastAsia="ja-JP"/>
        </w:rPr>
        <w:t>・「</w:t>
      </w:r>
      <w:r w:rsidR="00954F75"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4F75" w:rsidRPr="00373D6E">
              <w:rPr>
                <w:rFonts w:ascii="BIZ UDゴシック" w:eastAsia="BIZ UDゴシック" w:hAnsi="BIZ UDゴシック"/>
                <w:sz w:val="12"/>
                <w:szCs w:val="24"/>
                <w:lang w:eastAsia="ja-JP"/>
              </w:rPr>
              <w:t>えちぜんし</w:t>
            </w:r>
          </w:rt>
          <w:rubyBase>
            <w:r w:rsidR="00954F75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越前市</w:t>
            </w:r>
          </w:rubyBase>
        </w:ruby>
      </w:r>
      <w:r w:rsidR="00954F75" w:rsidRPr="00D80C1F">
        <w:rPr>
          <w:rFonts w:ascii="BIZ UDゴシック" w:eastAsia="BIZ UDゴシック" w:hAnsi="BIZ UDゴシック"/>
          <w:sz w:val="24"/>
          <w:szCs w:val="24"/>
          <w:lang w:eastAsia="ja-JP"/>
        </w:rPr>
        <w:t>おうち</w:t>
      </w:r>
      <w:r w:rsidR="00954F75"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954F75" w:rsidRPr="00D80C1F">
              <w:rPr>
                <w:rFonts w:ascii="BIZ UDゴシック" w:eastAsia="BIZ UDゴシック" w:hAnsi="BIZ UDゴシック"/>
                <w:sz w:val="14"/>
                <w:szCs w:val="24"/>
                <w:lang w:eastAsia="ja-JP"/>
              </w:rPr>
              <w:t>なび</w:t>
            </w:r>
          </w:rt>
          <w:rubyBase>
            <w:r w:rsidR="00954F75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ナビ</w:t>
            </w:r>
          </w:rubyBase>
        </w:ruby>
      </w:r>
      <w:r w:rsidR="00954F75">
        <w:rPr>
          <w:rFonts w:ascii="BIZ UDゴシック" w:eastAsia="BIZ UDゴシック" w:hAnsi="BIZ UDゴシック" w:hint="eastAsia"/>
          <w:sz w:val="24"/>
          <w:szCs w:val="24"/>
          <w:lang w:eastAsia="ja-JP"/>
        </w:rPr>
        <w:t>」</w:t>
      </w:r>
      <w:r w:rsidR="00954F75" w:rsidRPr="00D80C1F">
        <w:rPr>
          <w:rFonts w:ascii="BIZ UDゴシック" w:eastAsia="BIZ UDゴシック" w:hAnsi="BIZ UDゴシック"/>
          <w:sz w:val="24"/>
          <w:szCs w:val="24"/>
          <w:lang w:eastAsia="ja-JP"/>
        </w:rPr>
        <w:t>への</w:t>
      </w:r>
      <w:r w:rsidR="00954F75">
        <w:rPr>
          <w:rFonts w:ascii="BIZ UDゴシック" w:eastAsia="BIZ UDゴシック" w:hAnsi="BIZ UDゴシック" w:hint="eastAsia"/>
          <w:sz w:val="24"/>
          <w:szCs w:val="24"/>
          <w:lang w:eastAsia="ja-JP"/>
        </w:rPr>
        <w:t xml:space="preserve"> </w:t>
      </w:r>
      <w:r w:rsidR="00954F75"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954F75" w:rsidRPr="00D80C1F">
              <w:rPr>
                <w:rFonts w:ascii="BIZ UDゴシック" w:eastAsia="BIZ UDゴシック" w:hAnsi="BIZ UDゴシック"/>
                <w:sz w:val="14"/>
                <w:szCs w:val="24"/>
                <w:lang w:eastAsia="ja-JP"/>
              </w:rPr>
              <w:t>とうろく</w:t>
            </w:r>
          </w:rt>
          <w:rubyBase>
            <w:r w:rsidR="00954F75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登録</w:t>
            </w:r>
          </w:rubyBase>
        </w:ruby>
      </w:r>
    </w:p>
    <w:p w14:paraId="16909FAC" w14:textId="635F7D48" w:rsidR="003A721B" w:rsidRPr="003A721B" w:rsidRDefault="00176A9F" w:rsidP="00954F75">
      <w:pPr>
        <w:rPr>
          <w:rFonts w:ascii="BIZ UDゴシック" w:eastAsia="BIZ UDゴシック" w:hAnsi="BIZ UDゴシック"/>
          <w:sz w:val="21"/>
          <w:szCs w:val="21"/>
          <w:lang w:eastAsia="ja-JP"/>
        </w:rPr>
      </w:pPr>
      <w:r>
        <w:rPr>
          <w:rFonts w:ascii="BIZ UDゴシック" w:eastAsia="BIZ UDゴシック" w:hAnsi="BIZ UDゴシック" w:hint="eastAsia"/>
          <w:noProof/>
          <w:sz w:val="24"/>
          <w:szCs w:val="24"/>
          <w:lang w:eastAsia="ja-JP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13BCBF8" wp14:editId="7DBB72F0">
                <wp:simplePos x="0" y="0"/>
                <wp:positionH relativeFrom="column">
                  <wp:posOffset>3697605</wp:posOffset>
                </wp:positionH>
                <wp:positionV relativeFrom="paragraph">
                  <wp:posOffset>274320</wp:posOffset>
                </wp:positionV>
                <wp:extent cx="914400" cy="295275"/>
                <wp:effectExtent l="0" t="0" r="0" b="9525"/>
                <wp:wrapNone/>
                <wp:docPr id="1492110013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B09DC8" w14:textId="255BCAFD" w:rsidR="00C677CD" w:rsidRPr="003A721B" w:rsidRDefault="00C677CD">
                            <w:pPr>
                              <w:rPr>
                                <w:rFonts w:ascii="BIZ UDP明朝 Medium" w:eastAsia="BIZ UDP明朝 Medium" w:hAnsi="BIZ UDP明朝 Medium"/>
                                <w:sz w:val="20"/>
                                <w:szCs w:val="20"/>
                              </w:rPr>
                            </w:pPr>
                            <w:r w:rsidRPr="00C677CD">
                              <w:rPr>
                                <w:rFonts w:ascii="BIZ UDP明朝 Medium" w:eastAsia="BIZ UDP明朝 Medium" w:hAnsi="BIZ UDP明朝 Medium"/>
                                <w:sz w:val="20"/>
                                <w:szCs w:val="20"/>
                              </w:rPr>
                              <w:t>https://www.echizen-ouchinavi.jp</w:t>
                            </w:r>
                            <w:r w:rsidRPr="003A721B">
                              <w:rPr>
                                <w:rFonts w:ascii="BIZ UDP明朝 Medium" w:eastAsia="BIZ UDP明朝 Medium" w:hAnsi="BIZ UDP明朝 Medium"/>
                                <w:sz w:val="20"/>
                                <w:szCs w:val="20"/>
                              </w:rPr>
                              <w:t>/owner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3BCBF8" id="テキスト ボックス 4" o:spid="_x0000_s1028" type="#_x0000_t202" style="position:absolute;margin-left:291.15pt;margin-top:21.6pt;width:1in;height:23.25pt;z-index:25165721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" fillcolor="white [3201]" stroked="f" strokeweight=".5pt">
                <v:textbox>
                  <w:txbxContent>
                    <w:p w14:paraId="2CB09DC8" w14:textId="255BCAFD" w:rsidR="00C677CD" w:rsidRPr="003A721B" w:rsidRDefault="00C677CD">
                      <w:pPr>
                        <w:rPr>
                          <w:rFonts w:ascii="BIZ UDP明朝 Medium" w:eastAsia="BIZ UDP明朝 Medium" w:hAnsi="BIZ UDP明朝 Medium"/>
                          <w:sz w:val="20"/>
                          <w:szCs w:val="20"/>
                        </w:rPr>
                      </w:pPr>
                      <w:r w:rsidRPr="00C677CD">
                        <w:rPr>
                          <w:rFonts w:ascii="BIZ UDP明朝 Medium" w:eastAsia="BIZ UDP明朝 Medium" w:hAnsi="BIZ UDP明朝 Medium"/>
                          <w:sz w:val="20"/>
                          <w:szCs w:val="20"/>
                        </w:rPr>
                        <w:t>https://www.echizen-ouchinavi.jp</w:t>
                      </w:r>
                      <w:r w:rsidRPr="003A721B">
                        <w:rPr>
                          <w:rFonts w:ascii="BIZ UDP明朝 Medium" w:eastAsia="BIZ UDP明朝 Medium" w:hAnsi="BIZ UDP明朝 Medium"/>
                          <w:sz w:val="20"/>
                          <w:szCs w:val="20"/>
                        </w:rPr>
                        <w:t>/owner</w:t>
                      </w:r>
                    </w:p>
                  </w:txbxContent>
                </v:textbox>
              </v:shape>
            </w:pict>
          </mc:Fallback>
        </mc:AlternateContent>
      </w:r>
    </w:p>
    <w:p w14:paraId="75E291C3" w14:textId="3B71E5C9" w:rsidR="00BA5BED" w:rsidRPr="00373D6E" w:rsidRDefault="00C86F53">
      <w:pPr>
        <w:rPr>
          <w:rFonts w:ascii="BIZ UDゴシック" w:eastAsia="BIZ UDゴシック" w:hAnsi="BIZ UDゴシック"/>
          <w:sz w:val="24"/>
          <w:szCs w:val="24"/>
          <w:u w:val="single"/>
          <w:lang w:eastAsia="ja-JP"/>
        </w:rPr>
      </w:pPr>
      <w:r w:rsidRPr="007D31A2">
        <w:rPr>
          <mc:AlternateContent>
            <mc:Choice Requires="w16se">
              <w:rFonts w:ascii="BIZ UDゴシック" w:eastAsia="BIZ UDゴシック" w:hAnsi="BIZ UDゴシック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sz w:val="44"/>
          <w:szCs w:val="24"/>
          <w:lang w:eastAsia="ja-JP"/>
        </w:rPr>
        <w:lastRenderedPageBreak/>
        <mc:AlternateContent>
          <mc:Choice Requires="w16se">
            <w16se:symEx w16se:font="Segoe UI Emoji" w16se:char="1F46A"/>
          </mc:Choice>
          <mc:Fallback>
            <w:t>👪</w:t>
          </mc:Fallback>
        </mc:AlternateContent>
      </w:r>
      <w:r w:rsidR="00CA4F52" w:rsidRPr="00373D6E">
        <w:rPr>
          <w:rFonts w:ascii="BIZ UDゴシック" w:eastAsia="BIZ UDゴシック" w:hAnsi="BIZ UDゴシック"/>
          <w:b/>
          <w:sz w:val="44"/>
          <w:szCs w:val="24"/>
          <w:u w:val="single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CA4F52" w:rsidRPr="00373D6E">
              <w:rPr>
                <w:rFonts w:ascii="BIZ UDゴシック" w:eastAsia="BIZ UDゴシック" w:hAnsi="BIZ UDゴシック"/>
                <w:b/>
                <w:szCs w:val="24"/>
                <w:u w:val="single"/>
                <w:lang w:eastAsia="ja-JP"/>
              </w:rPr>
              <w:t>あき</w:t>
            </w:r>
          </w:rt>
          <w:rubyBase>
            <w:r w:rsidR="00CA4F52" w:rsidRPr="00373D6E">
              <w:rPr>
                <w:rFonts w:ascii="BIZ UDゴシック" w:eastAsia="BIZ UDゴシック" w:hAnsi="BIZ UDゴシック"/>
                <w:b/>
                <w:sz w:val="44"/>
                <w:szCs w:val="24"/>
                <w:u w:val="single"/>
                <w:lang w:eastAsia="ja-JP"/>
              </w:rPr>
              <w:t>空</w:t>
            </w:r>
          </w:rubyBase>
        </w:ruby>
      </w:r>
      <w:r w:rsidR="00CA4F52" w:rsidRPr="00373D6E">
        <w:rPr>
          <w:rFonts w:ascii="BIZ UDゴシック" w:eastAsia="BIZ UDゴシック" w:hAnsi="BIZ UDゴシック"/>
          <w:b/>
          <w:sz w:val="44"/>
          <w:szCs w:val="24"/>
          <w:u w:val="single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CA4F52" w:rsidRPr="00373D6E">
              <w:rPr>
                <w:rFonts w:ascii="BIZ UDゴシック" w:eastAsia="BIZ UDゴシック" w:hAnsi="BIZ UDゴシック"/>
                <w:b/>
                <w:szCs w:val="24"/>
                <w:u w:val="single"/>
                <w:lang w:eastAsia="ja-JP"/>
              </w:rPr>
              <w:t>や</w:t>
            </w:r>
          </w:rt>
          <w:rubyBase>
            <w:r w:rsidR="00CA4F52" w:rsidRPr="00373D6E">
              <w:rPr>
                <w:rFonts w:ascii="BIZ UDゴシック" w:eastAsia="BIZ UDゴシック" w:hAnsi="BIZ UDゴシック"/>
                <w:b/>
                <w:sz w:val="44"/>
                <w:szCs w:val="24"/>
                <w:u w:val="single"/>
                <w:lang w:eastAsia="ja-JP"/>
              </w:rPr>
              <w:t>家</w:t>
            </w:r>
          </w:rubyBase>
        </w:ruby>
      </w:r>
      <w:r w:rsidR="00CA4F52" w:rsidRPr="00373D6E">
        <w:rPr>
          <w:rFonts w:ascii="BIZ UDゴシック" w:eastAsia="BIZ UDゴシック" w:hAnsi="BIZ UDゴシック"/>
          <w:b/>
          <w:sz w:val="44"/>
          <w:szCs w:val="24"/>
          <w:u w:val="single"/>
          <w:lang w:eastAsia="ja-JP"/>
        </w:rPr>
        <w:t>になる</w:t>
      </w:r>
      <w:r w:rsidR="004322BC">
        <w:rPr>
          <w:rFonts w:ascii="BIZ UDゴシック" w:eastAsia="BIZ UDゴシック" w:hAnsi="BIZ UDゴシック" w:hint="eastAsia"/>
          <w:b/>
          <w:sz w:val="44"/>
          <w:szCs w:val="24"/>
          <w:u w:val="single"/>
          <w:lang w:eastAsia="ja-JP"/>
        </w:rPr>
        <w:t xml:space="preserve"> </w:t>
      </w:r>
      <w:r w:rsidR="00CA4F52" w:rsidRPr="00373D6E">
        <w:rPr>
          <w:rFonts w:ascii="BIZ UDゴシック" w:eastAsia="BIZ UDゴシック" w:hAnsi="BIZ UDゴシック"/>
          <w:b/>
          <w:sz w:val="44"/>
          <w:szCs w:val="24"/>
          <w:u w:val="single"/>
          <w:lang w:eastAsia="ja-JP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CA4F52" w:rsidRPr="00373D6E">
              <w:rPr>
                <w:rFonts w:ascii="BIZ UDゴシック" w:eastAsia="BIZ UDゴシック" w:hAnsi="BIZ UDゴシック"/>
                <w:b/>
                <w:szCs w:val="24"/>
                <w:u w:val="single"/>
                <w:lang w:eastAsia="ja-JP"/>
              </w:rPr>
              <w:t>まえ</w:t>
            </w:r>
          </w:rt>
          <w:rubyBase>
            <w:r w:rsidR="00CA4F52" w:rsidRPr="00373D6E">
              <w:rPr>
                <w:rFonts w:ascii="BIZ UDゴシック" w:eastAsia="BIZ UDゴシック" w:hAnsi="BIZ UDゴシック"/>
                <w:b/>
                <w:sz w:val="44"/>
                <w:szCs w:val="24"/>
                <w:u w:val="single"/>
                <w:lang w:eastAsia="ja-JP"/>
              </w:rPr>
              <w:t>前</w:t>
            </w:r>
          </w:rubyBase>
        </w:ruby>
      </w:r>
      <w:r w:rsidR="00CA4F52" w:rsidRPr="00373D6E">
        <w:rPr>
          <w:rFonts w:ascii="BIZ UDゴシック" w:eastAsia="BIZ UDゴシック" w:hAnsi="BIZ UDゴシック"/>
          <w:b/>
          <w:sz w:val="44"/>
          <w:szCs w:val="24"/>
          <w:u w:val="single"/>
          <w:lang w:eastAsia="ja-JP"/>
        </w:rPr>
        <w:t>に、</w:t>
      </w:r>
      <w:r w:rsidR="00CA4F52" w:rsidRPr="00373D6E">
        <w:rPr>
          <w:rFonts w:ascii="BIZ UDゴシック" w:eastAsia="BIZ UDゴシック" w:hAnsi="BIZ UDゴシック"/>
          <w:b/>
          <w:sz w:val="44"/>
          <w:szCs w:val="24"/>
          <w:u w:val="single"/>
          <w:lang w:eastAsia="ja-JP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CA4F52" w:rsidRPr="00373D6E">
              <w:rPr>
                <w:rFonts w:ascii="BIZ UDゴシック" w:eastAsia="BIZ UDゴシック" w:hAnsi="BIZ UDゴシック"/>
                <w:b/>
                <w:szCs w:val="24"/>
                <w:u w:val="single"/>
                <w:lang w:eastAsia="ja-JP"/>
              </w:rPr>
              <w:t>かぞく</w:t>
            </w:r>
          </w:rt>
          <w:rubyBase>
            <w:r w:rsidR="00CA4F52" w:rsidRPr="00373D6E">
              <w:rPr>
                <w:rFonts w:ascii="BIZ UDゴシック" w:eastAsia="BIZ UDゴシック" w:hAnsi="BIZ UDゴシック"/>
                <w:b/>
                <w:sz w:val="44"/>
                <w:szCs w:val="24"/>
                <w:u w:val="single"/>
                <w:lang w:eastAsia="ja-JP"/>
              </w:rPr>
              <w:t>家族</w:t>
            </w:r>
          </w:rubyBase>
        </w:ruby>
      </w:r>
      <w:r w:rsidR="00CA4F52" w:rsidRPr="00373D6E">
        <w:rPr>
          <w:rFonts w:ascii="BIZ UDゴシック" w:eastAsia="BIZ UDゴシック" w:hAnsi="BIZ UDゴシック"/>
          <w:b/>
          <w:sz w:val="44"/>
          <w:szCs w:val="24"/>
          <w:u w:val="single"/>
          <w:lang w:eastAsia="ja-JP"/>
        </w:rPr>
        <w:t>で</w:t>
      </w:r>
      <w:r w:rsidR="004322BC">
        <w:rPr>
          <w:rFonts w:ascii="BIZ UDゴシック" w:eastAsia="BIZ UDゴシック" w:hAnsi="BIZ UDゴシック" w:hint="eastAsia"/>
          <w:b/>
          <w:sz w:val="44"/>
          <w:szCs w:val="24"/>
          <w:u w:val="single"/>
          <w:lang w:eastAsia="ja-JP"/>
        </w:rPr>
        <w:t xml:space="preserve"> </w:t>
      </w:r>
      <w:r w:rsidR="00CA4F52" w:rsidRPr="00373D6E">
        <w:rPr>
          <w:rFonts w:ascii="BIZ UDゴシック" w:eastAsia="BIZ UDゴシック" w:hAnsi="BIZ UDゴシック"/>
          <w:b/>
          <w:sz w:val="44"/>
          <w:szCs w:val="24"/>
          <w:u w:val="single"/>
          <w:lang w:eastAsia="ja-JP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CA4F52" w:rsidRPr="00373D6E">
              <w:rPr>
                <w:rFonts w:ascii="BIZ UDゴシック" w:eastAsia="BIZ UDゴシック" w:hAnsi="BIZ UDゴシック"/>
                <w:b/>
                <w:szCs w:val="24"/>
                <w:u w:val="single"/>
                <w:lang w:eastAsia="ja-JP"/>
              </w:rPr>
              <w:t>はな</w:t>
            </w:r>
          </w:rt>
          <w:rubyBase>
            <w:r w:rsidR="00CA4F52" w:rsidRPr="00373D6E">
              <w:rPr>
                <w:rFonts w:ascii="BIZ UDゴシック" w:eastAsia="BIZ UDゴシック" w:hAnsi="BIZ UDゴシック"/>
                <w:b/>
                <w:sz w:val="44"/>
                <w:szCs w:val="24"/>
                <w:u w:val="single"/>
                <w:lang w:eastAsia="ja-JP"/>
              </w:rPr>
              <w:t>話</w:t>
            </w:r>
          </w:rubyBase>
        </w:ruby>
      </w:r>
      <w:r w:rsidR="00CA4F52" w:rsidRPr="00373D6E">
        <w:rPr>
          <w:rFonts w:ascii="BIZ UDゴシック" w:eastAsia="BIZ UDゴシック" w:hAnsi="BIZ UDゴシック"/>
          <w:b/>
          <w:sz w:val="44"/>
          <w:szCs w:val="24"/>
          <w:u w:val="single"/>
          <w:lang w:eastAsia="ja-JP"/>
        </w:rPr>
        <w:t>しましょう</w:t>
      </w:r>
    </w:p>
    <w:p w14:paraId="24B6A631" w14:textId="77777777" w:rsidR="00954F75" w:rsidRDefault="00D80C1F">
      <w:pPr>
        <w:rPr>
          <w:rFonts w:ascii="BIZ UDゴシック" w:eastAsia="BIZ UDゴシック" w:hAnsi="BIZ UDゴシック"/>
          <w:sz w:val="24"/>
          <w:szCs w:val="24"/>
          <w:lang w:eastAsia="ja-JP"/>
        </w:rPr>
      </w:pPr>
      <w:r>
        <w:rPr>
          <w:rFonts w:ascii="BIZ UDゴシック" w:eastAsia="BIZ UDゴシック" w:hAnsi="BIZ UDゴシック"/>
          <w:sz w:val="24"/>
          <w:szCs w:val="24"/>
          <w:lang w:eastAsia="ja-JP"/>
        </w:rPr>
        <w:t>①</w:t>
      </w:r>
      <w:r w:rsidRPr="00D80C1F">
        <w:rPr>
          <w:rFonts w:ascii="BIZ UDゴシック" w:eastAsia="BIZ UDゴシック" w:hAnsi="BIZ UDゴシック"/>
          <w:sz w:val="24"/>
          <w:szCs w:val="24"/>
          <w:lang w:eastAsia="ja-JP"/>
        </w:rPr>
        <w:t>だれが</w:t>
      </w:r>
      <w:r w:rsidR="00CA4F52">
        <w:rPr>
          <w:rFonts w:ascii="BIZ UDゴシック" w:eastAsia="BIZ UDゴシック" w:hAnsi="BIZ UDゴシック" w:hint="eastAsia"/>
          <w:sz w:val="24"/>
          <w:szCs w:val="24"/>
          <w:lang w:eastAsia="ja-JP"/>
        </w:rPr>
        <w:t xml:space="preserve"> </w:t>
      </w:r>
      <w:r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D80C1F" w:rsidRPr="00D80C1F">
              <w:rPr>
                <w:rFonts w:ascii="BIZ UDゴシック" w:eastAsia="BIZ UDゴシック" w:hAnsi="BIZ UDゴシック"/>
                <w:sz w:val="14"/>
                <w:szCs w:val="24"/>
                <w:lang w:eastAsia="ja-JP"/>
              </w:rPr>
              <w:t>かんり</w:t>
            </w:r>
          </w:rt>
          <w:rubyBase>
            <w:r w:rsidR="00D80C1F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管理</w:t>
            </w:r>
          </w:rubyBase>
        </w:ruby>
      </w:r>
      <w:r w:rsidRPr="00D80C1F">
        <w:rPr>
          <w:rFonts w:ascii="BIZ UDゴシック" w:eastAsia="BIZ UDゴシック" w:hAnsi="BIZ UDゴシック"/>
          <w:sz w:val="24"/>
          <w:szCs w:val="24"/>
          <w:lang w:eastAsia="ja-JP"/>
        </w:rPr>
        <w:t>する？</w:t>
      </w:r>
      <w:r w:rsidRPr="00D80C1F">
        <w:rPr>
          <w:rFonts w:ascii="BIZ UDゴシック" w:eastAsia="BIZ UDゴシック" w:hAnsi="BIZ UDゴシック"/>
          <w:sz w:val="24"/>
          <w:szCs w:val="24"/>
          <w:lang w:eastAsia="ja-JP"/>
        </w:rPr>
        <w:br/>
      </w:r>
      <w:r>
        <w:rPr>
          <w:rFonts w:ascii="BIZ UDゴシック" w:eastAsia="BIZ UDゴシック" w:hAnsi="BIZ UDゴシック"/>
          <w:sz w:val="24"/>
          <w:szCs w:val="24"/>
          <w:lang w:eastAsia="ja-JP"/>
        </w:rPr>
        <w:t>②</w:t>
      </w:r>
      <w:r w:rsidRPr="00D80C1F">
        <w:rPr>
          <w:rFonts w:ascii="BIZ UDゴシック" w:eastAsia="BIZ UDゴシック" w:hAnsi="BIZ UDゴシック"/>
          <w:sz w:val="24"/>
          <w:szCs w:val="24"/>
          <w:lang w:eastAsia="ja-JP"/>
        </w:rPr>
        <w:t>これから、どう</w:t>
      </w:r>
      <w:r w:rsidR="00CA4F52">
        <w:rPr>
          <w:rFonts w:ascii="BIZ UDゴシック" w:eastAsia="BIZ UDゴシック" w:hAnsi="BIZ UDゴシック" w:hint="eastAsia"/>
          <w:sz w:val="24"/>
          <w:szCs w:val="24"/>
          <w:lang w:eastAsia="ja-JP"/>
        </w:rPr>
        <w:t xml:space="preserve"> </w:t>
      </w:r>
      <w:r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D80C1F" w:rsidRPr="00D80C1F">
              <w:rPr>
                <w:rFonts w:ascii="BIZ UDゴシック" w:eastAsia="BIZ UDゴシック" w:hAnsi="BIZ UDゴシック"/>
                <w:sz w:val="14"/>
                <w:szCs w:val="24"/>
                <w:lang w:eastAsia="ja-JP"/>
              </w:rPr>
              <w:t>つか</w:t>
            </w:r>
          </w:rt>
          <w:rubyBase>
            <w:r w:rsidR="00D80C1F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使</w:t>
            </w:r>
          </w:rubyBase>
        </w:ruby>
      </w:r>
      <w:r w:rsidRPr="00D80C1F">
        <w:rPr>
          <w:rFonts w:ascii="BIZ UDゴシック" w:eastAsia="BIZ UDゴシック" w:hAnsi="BIZ UDゴシック"/>
          <w:sz w:val="24"/>
          <w:szCs w:val="24"/>
          <w:lang w:eastAsia="ja-JP"/>
        </w:rPr>
        <w:t>う？</w:t>
      </w:r>
      <w:r w:rsidRPr="00D80C1F">
        <w:rPr>
          <w:rFonts w:ascii="BIZ UDゴシック" w:eastAsia="BIZ UDゴシック" w:hAnsi="BIZ UDゴシック"/>
          <w:sz w:val="24"/>
          <w:szCs w:val="24"/>
          <w:lang w:eastAsia="ja-JP"/>
        </w:rPr>
        <w:br/>
      </w:r>
      <w:r>
        <w:rPr>
          <w:rFonts w:ascii="BIZ UDゴシック" w:eastAsia="BIZ UDゴシック" w:hAnsi="BIZ UDゴシック"/>
          <w:sz w:val="24"/>
          <w:szCs w:val="24"/>
          <w:lang w:eastAsia="ja-JP"/>
        </w:rPr>
        <w:t>③</w:t>
      </w:r>
      <w:r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D80C1F" w:rsidRPr="00D80C1F">
              <w:rPr>
                <w:rFonts w:ascii="BIZ UDゴシック" w:eastAsia="BIZ UDゴシック" w:hAnsi="BIZ UDゴシック"/>
                <w:sz w:val="14"/>
                <w:szCs w:val="24"/>
                <w:lang w:eastAsia="ja-JP"/>
              </w:rPr>
              <w:t>めいぎ</w:t>
            </w:r>
          </w:rt>
          <w:rubyBase>
            <w:r w:rsidR="00D80C1F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名義</w:t>
            </w:r>
          </w:rubyBase>
        </w:ruby>
      </w:r>
      <w:r w:rsidRPr="00D80C1F">
        <w:rPr>
          <w:rFonts w:ascii="BIZ UDゴシック" w:eastAsia="BIZ UDゴシック" w:hAnsi="BIZ UDゴシック"/>
          <w:sz w:val="24"/>
          <w:szCs w:val="24"/>
          <w:lang w:eastAsia="ja-JP"/>
        </w:rPr>
        <w:t>を</w:t>
      </w:r>
      <w:r w:rsidR="00CA4F52">
        <w:rPr>
          <w:rFonts w:ascii="BIZ UDゴシック" w:eastAsia="BIZ UDゴシック" w:hAnsi="BIZ UDゴシック" w:hint="eastAsia"/>
          <w:sz w:val="24"/>
          <w:szCs w:val="24"/>
          <w:lang w:eastAsia="ja-JP"/>
        </w:rPr>
        <w:t xml:space="preserve"> </w:t>
      </w:r>
      <w:r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D80C1F" w:rsidRPr="00D80C1F">
              <w:rPr>
                <w:rFonts w:ascii="BIZ UDゴシック" w:eastAsia="BIZ UDゴシック" w:hAnsi="BIZ UDゴシック"/>
                <w:sz w:val="14"/>
                <w:szCs w:val="24"/>
                <w:lang w:eastAsia="ja-JP"/>
              </w:rPr>
              <w:t>かくにん</w:t>
            </w:r>
          </w:rt>
          <w:rubyBase>
            <w:r w:rsidR="00D80C1F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確認</w:t>
            </w:r>
          </w:rubyBase>
        </w:ruby>
      </w:r>
      <w:r>
        <w:rPr>
          <w:rFonts w:ascii="BIZ UDゴシック" w:eastAsia="BIZ UDゴシック" w:hAnsi="BIZ UDゴシック" w:hint="eastAsia"/>
          <w:sz w:val="24"/>
          <w:szCs w:val="24"/>
          <w:lang w:eastAsia="ja-JP"/>
        </w:rPr>
        <w:t>（</w:t>
      </w:r>
      <w:r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D80C1F" w:rsidRPr="00D80C1F">
              <w:rPr>
                <w:rFonts w:ascii="BIZ UDゴシック" w:eastAsia="BIZ UDゴシック" w:hAnsi="BIZ UDゴシック"/>
                <w:sz w:val="14"/>
                <w:szCs w:val="24"/>
                <w:lang w:eastAsia="ja-JP"/>
              </w:rPr>
              <w:t>とうき</w:t>
            </w:r>
          </w:rt>
          <w:rubyBase>
            <w:r w:rsidR="00D80C1F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登記</w:t>
            </w:r>
          </w:rubyBase>
        </w:ruby>
      </w:r>
      <w:r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D80C1F" w:rsidRPr="00D80C1F">
              <w:rPr>
                <w:rFonts w:ascii="BIZ UDゴシック" w:eastAsia="BIZ UDゴシック" w:hAnsi="BIZ UDゴシック"/>
                <w:sz w:val="14"/>
                <w:szCs w:val="24"/>
                <w:lang w:eastAsia="ja-JP"/>
              </w:rPr>
              <w:t>じこう</w:t>
            </w:r>
          </w:rt>
          <w:rubyBase>
            <w:r w:rsidR="00D80C1F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事項</w:t>
            </w:r>
          </w:rubyBase>
        </w:ruby>
      </w:r>
      <w:r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D80C1F" w:rsidRPr="00D80C1F">
              <w:rPr>
                <w:rFonts w:ascii="BIZ UDゴシック" w:eastAsia="BIZ UDゴシック" w:hAnsi="BIZ UDゴシック"/>
                <w:sz w:val="14"/>
                <w:szCs w:val="24"/>
                <w:lang w:eastAsia="ja-JP"/>
              </w:rPr>
              <w:t>しょうめいしょ</w:t>
            </w:r>
          </w:rt>
          <w:rubyBase>
            <w:r w:rsidR="00D80C1F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証明書</w:t>
            </w:r>
          </w:rubyBase>
        </w:ruby>
      </w:r>
      <w:r>
        <w:rPr>
          <w:rFonts w:ascii="BIZ UDゴシック" w:eastAsia="BIZ UDゴシック" w:hAnsi="BIZ UDゴシック" w:hint="eastAsia"/>
          <w:sz w:val="24"/>
          <w:szCs w:val="24"/>
          <w:lang w:eastAsia="ja-JP"/>
        </w:rPr>
        <w:t>で</w:t>
      </w:r>
      <w:r w:rsidR="00CA4F52">
        <w:rPr>
          <w:rFonts w:ascii="BIZ UDゴシック" w:eastAsia="BIZ UDゴシック" w:hAnsi="BIZ UDゴシック" w:hint="eastAsia"/>
          <w:sz w:val="24"/>
          <w:szCs w:val="24"/>
          <w:lang w:eastAsia="ja-JP"/>
        </w:rPr>
        <w:t xml:space="preserve"> </w:t>
      </w:r>
      <w:r w:rsidR="00CA4F52"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CA4F52" w:rsidRPr="00CA4F52">
              <w:rPr>
                <w:rFonts w:ascii="BIZ UDゴシック" w:eastAsia="BIZ UDゴシック" w:hAnsi="BIZ UDゴシック"/>
                <w:sz w:val="14"/>
                <w:szCs w:val="24"/>
                <w:lang w:eastAsia="ja-JP"/>
              </w:rPr>
              <w:t>かくにん</w:t>
            </w:r>
          </w:rt>
          <w:rubyBase>
            <w:r w:rsidR="00CA4F52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確認</w:t>
            </w:r>
          </w:rubyBase>
        </w:ruby>
      </w:r>
      <w:r w:rsidR="00CA4F52">
        <w:rPr>
          <w:rFonts w:ascii="BIZ UDゴシック" w:eastAsia="BIZ UDゴシック" w:hAnsi="BIZ UDゴシック" w:hint="eastAsia"/>
          <w:sz w:val="24"/>
          <w:szCs w:val="24"/>
          <w:lang w:eastAsia="ja-JP"/>
        </w:rPr>
        <w:t xml:space="preserve"> </w:t>
      </w:r>
      <w:r>
        <w:rPr>
          <w:rFonts w:ascii="BIZ UDゴシック" w:eastAsia="BIZ UDゴシック" w:hAnsi="BIZ UDゴシック" w:hint="eastAsia"/>
          <w:sz w:val="24"/>
          <w:szCs w:val="24"/>
          <w:lang w:eastAsia="ja-JP"/>
        </w:rPr>
        <w:t>できます。）</w:t>
      </w:r>
      <w:r w:rsidR="00954F75">
        <w:rPr>
          <w:rFonts w:ascii="BIZ UDゴシック" w:eastAsia="BIZ UDゴシック" w:hAnsi="BIZ UDゴシック"/>
          <w:sz w:val="24"/>
          <w:szCs w:val="24"/>
          <w:lang w:eastAsia="ja-JP"/>
        </w:rPr>
        <w:br/>
      </w:r>
    </w:p>
    <w:p w14:paraId="5708ED23" w14:textId="648FDE9C" w:rsidR="00BA5BED" w:rsidRPr="0033493A" w:rsidRDefault="00C86F53" w:rsidP="0033493A">
      <w:pPr>
        <w:ind w:left="600" w:hangingChars="150" w:hanging="600"/>
        <w:rPr>
          <w:rFonts w:ascii="BIZ UDゴシック" w:eastAsia="BIZ UDゴシック" w:hAnsi="BIZ UDゴシック"/>
          <w:b/>
          <w:sz w:val="44"/>
          <w:szCs w:val="24"/>
          <w:u w:val="single"/>
          <w:lang w:eastAsia="ja-JP"/>
        </w:rPr>
      </w:pPr>
      <w:r w:rsidRPr="007D31A2">
        <w:rPr>
          <mc:AlternateContent>
            <mc:Choice Requires="w16se">
              <w:rFonts w:ascii="BIZ UDゴシック" w:eastAsia="BIZ UDゴシック" w:hAnsi="BIZ UDゴシック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sz w:val="40"/>
          <w:lang w:eastAsia="ja-JP"/>
        </w:rPr>
        <mc:AlternateContent>
          <mc:Choice Requires="w16se">
            <w16se:symEx w16se:font="Segoe UI Emoji" w16se:char="1F4DD"/>
          </mc:Choice>
          <mc:Fallback>
            <w:t>📝</w:t>
          </mc:Fallback>
        </mc:AlternateContent>
      </w:r>
      <w:r w:rsidR="00954F75" w:rsidRPr="0033493A">
        <w:rPr>
          <w:rFonts w:ascii="BIZ UDゴシック" w:eastAsia="BIZ UDゴシック" w:hAnsi="BIZ UDゴシック"/>
          <w:b/>
          <w:sz w:val="44"/>
          <w:szCs w:val="24"/>
          <w:u w:val="single"/>
          <w:lang w:eastAsia="ja-JP"/>
        </w:rPr>
        <w:ruby>
          <w:rubyPr>
            <w:rubyAlign w:val="distributeSpace"/>
            <w:hps w:val="20"/>
            <w:hpsRaise w:val="38"/>
            <w:hpsBaseText w:val="44"/>
            <w:lid w:val="ja-JP"/>
          </w:rubyPr>
          <w:rt>
            <w:r w:rsidR="00954F75" w:rsidRPr="0033493A">
              <w:rPr>
                <w:rFonts w:ascii="BIZ UDゴシック" w:eastAsia="BIZ UDゴシック" w:hAnsi="BIZ UDゴシック"/>
                <w:b/>
                <w:sz w:val="21"/>
                <w:szCs w:val="24"/>
                <w:u w:val="single"/>
                <w:lang w:eastAsia="ja-JP"/>
              </w:rPr>
              <w:t>あきや</w:t>
            </w:r>
          </w:rt>
          <w:rubyBase>
            <w:r w:rsidR="00954F75" w:rsidRPr="0033493A">
              <w:rPr>
                <w:rFonts w:ascii="BIZ UDゴシック" w:eastAsia="BIZ UDゴシック" w:hAnsi="BIZ UDゴシック"/>
                <w:b/>
                <w:sz w:val="44"/>
                <w:szCs w:val="24"/>
                <w:u w:val="single"/>
                <w:lang w:eastAsia="ja-JP"/>
              </w:rPr>
              <w:t>空家</w:t>
            </w:r>
          </w:rubyBase>
        </w:ruby>
      </w:r>
      <w:r w:rsidR="00954F75" w:rsidRPr="0033493A">
        <w:rPr>
          <w:rFonts w:ascii="BIZ UDゴシック" w:eastAsia="BIZ UDゴシック" w:hAnsi="BIZ UDゴシック" w:hint="eastAsia"/>
          <w:b/>
          <w:sz w:val="44"/>
          <w:szCs w:val="24"/>
          <w:u w:val="single"/>
          <w:lang w:eastAsia="ja-JP"/>
        </w:rPr>
        <w:t>になったら</w:t>
      </w:r>
      <w:r w:rsidR="00CA4F52" w:rsidRPr="0033493A">
        <w:rPr>
          <w:rFonts w:ascii="BIZ UDゴシック" w:eastAsia="BIZ UDゴシック" w:hAnsi="BIZ UDゴシック" w:hint="eastAsia"/>
          <w:b/>
          <w:sz w:val="44"/>
          <w:szCs w:val="24"/>
          <w:u w:val="single"/>
          <w:lang w:eastAsia="ja-JP"/>
        </w:rPr>
        <w:t xml:space="preserve"> </w:t>
      </w:r>
      <w:r w:rsidR="00954F75" w:rsidRPr="0033493A">
        <w:rPr>
          <w:rFonts w:ascii="BIZ UDゴシック" w:eastAsia="BIZ UDゴシック" w:hAnsi="BIZ UDゴシック"/>
          <w:b/>
          <w:sz w:val="44"/>
          <w:szCs w:val="24"/>
          <w:u w:val="single"/>
          <w:lang w:eastAsia="ja-JP"/>
        </w:rPr>
        <w:ruby>
          <w:rubyPr>
            <w:rubyAlign w:val="distributeSpace"/>
            <w:hps w:val="20"/>
            <w:hpsRaise w:val="38"/>
            <w:hpsBaseText w:val="44"/>
            <w:lid w:val="ja-JP"/>
          </w:rubyPr>
          <w:rt>
            <w:r w:rsidR="00954F75" w:rsidRPr="0033493A">
              <w:rPr>
                <w:rFonts w:ascii="BIZ UDゴシック" w:eastAsia="BIZ UDゴシック" w:hAnsi="BIZ UDゴシック"/>
                <w:b/>
                <w:sz w:val="21"/>
                <w:szCs w:val="24"/>
                <w:u w:val="single"/>
                <w:lang w:eastAsia="ja-JP"/>
              </w:rPr>
              <w:t>たてもの</w:t>
            </w:r>
          </w:rt>
          <w:rubyBase>
            <w:r w:rsidR="00954F75" w:rsidRPr="0033493A">
              <w:rPr>
                <w:rFonts w:ascii="BIZ UDゴシック" w:eastAsia="BIZ UDゴシック" w:hAnsi="BIZ UDゴシック"/>
                <w:b/>
                <w:sz w:val="44"/>
                <w:szCs w:val="24"/>
                <w:u w:val="single"/>
                <w:lang w:eastAsia="ja-JP"/>
              </w:rPr>
              <w:t>建物</w:t>
            </w:r>
          </w:rubyBase>
        </w:ruby>
      </w:r>
      <w:r w:rsidR="00954F75" w:rsidRPr="0033493A">
        <w:rPr>
          <w:rFonts w:ascii="BIZ UDゴシック" w:eastAsia="BIZ UDゴシック" w:hAnsi="BIZ UDゴシック" w:hint="eastAsia"/>
          <w:b/>
          <w:sz w:val="44"/>
          <w:szCs w:val="24"/>
          <w:u w:val="single"/>
          <w:lang w:eastAsia="ja-JP"/>
        </w:rPr>
        <w:t xml:space="preserve">の </w:t>
      </w:r>
      <w:r w:rsidR="00373D6E" w:rsidRPr="0033493A">
        <w:rPr>
          <w:rFonts w:ascii="BIZ UDゴシック" w:eastAsia="BIZ UDゴシック" w:hAnsi="BIZ UDゴシック"/>
          <w:b/>
          <w:sz w:val="44"/>
          <w:szCs w:val="24"/>
          <w:u w:val="single"/>
          <w:lang w:eastAsia="ja-JP"/>
        </w:rPr>
        <w:ruby>
          <w:rubyPr>
            <w:rubyAlign w:val="distributeSpace"/>
            <w:hps w:val="18"/>
            <w:hpsRaise w:val="42"/>
            <w:hpsBaseText w:val="44"/>
            <w:lid w:val="ja-JP"/>
          </w:rubyPr>
          <w:rt>
            <w:r w:rsidR="00373D6E" w:rsidRPr="0033493A">
              <w:rPr>
                <w:rFonts w:ascii="BIZ UDゴシック" w:eastAsia="BIZ UDゴシック" w:hAnsi="BIZ UDゴシック"/>
                <w:b/>
                <w:sz w:val="20"/>
                <w:szCs w:val="24"/>
                <w:u w:val="single"/>
                <w:lang w:eastAsia="ja-JP"/>
              </w:rPr>
              <w:t>じょうたい</w:t>
            </w:r>
          </w:rt>
          <w:rubyBase>
            <w:r w:rsidR="00373D6E" w:rsidRPr="0033493A">
              <w:rPr>
                <w:rFonts w:ascii="BIZ UDゴシック" w:eastAsia="BIZ UDゴシック" w:hAnsi="BIZ UDゴシック"/>
                <w:b/>
                <w:sz w:val="44"/>
                <w:szCs w:val="24"/>
                <w:u w:val="single"/>
                <w:lang w:eastAsia="ja-JP"/>
              </w:rPr>
              <w:t>状態</w:t>
            </w:r>
          </w:rubyBase>
        </w:ruby>
      </w:r>
      <w:r w:rsidR="00373D6E" w:rsidRPr="0033493A">
        <w:rPr>
          <w:rFonts w:ascii="BIZ UDゴシック" w:eastAsia="BIZ UDゴシック" w:hAnsi="BIZ UDゴシック" w:hint="eastAsia"/>
          <w:b/>
          <w:sz w:val="44"/>
          <w:szCs w:val="24"/>
          <w:u w:val="single"/>
          <w:lang w:eastAsia="ja-JP"/>
        </w:rPr>
        <w:t>を</w:t>
      </w:r>
      <w:r w:rsidR="00954F75" w:rsidRPr="0033493A">
        <w:rPr>
          <w:rFonts w:ascii="BIZ UDゴシック" w:eastAsia="BIZ UDゴシック" w:hAnsi="BIZ UDゴシック" w:hint="eastAsia"/>
          <w:b/>
          <w:sz w:val="44"/>
          <w:szCs w:val="24"/>
          <w:u w:val="single"/>
          <w:lang w:eastAsia="ja-JP"/>
        </w:rPr>
        <w:t xml:space="preserve"> </w:t>
      </w:r>
      <w:r w:rsidR="00373D6E" w:rsidRPr="0033493A">
        <w:rPr>
          <w:rFonts w:ascii="BIZ UDゴシック" w:eastAsia="BIZ UDゴシック" w:hAnsi="BIZ UDゴシック"/>
          <w:b/>
          <w:sz w:val="44"/>
          <w:szCs w:val="24"/>
          <w:u w:val="single"/>
          <w:lang w:eastAsia="ja-JP"/>
        </w:rPr>
        <w:ruby>
          <w:rubyPr>
            <w:rubyAlign w:val="distributeSpace"/>
            <w:hps w:val="18"/>
            <w:hpsRaise w:val="42"/>
            <w:hpsBaseText w:val="44"/>
            <w:lid w:val="ja-JP"/>
          </w:rubyPr>
          <w:rt>
            <w:r w:rsidR="00373D6E" w:rsidRPr="0033493A">
              <w:rPr>
                <w:rFonts w:ascii="BIZ UDゴシック" w:eastAsia="BIZ UDゴシック" w:hAnsi="BIZ UDゴシック"/>
                <w:b/>
                <w:sz w:val="20"/>
                <w:szCs w:val="24"/>
                <w:u w:val="single"/>
                <w:lang w:eastAsia="ja-JP"/>
              </w:rPr>
              <w:t>ていきてき</w:t>
            </w:r>
          </w:rt>
          <w:rubyBase>
            <w:r w:rsidR="00373D6E" w:rsidRPr="0033493A">
              <w:rPr>
                <w:rFonts w:ascii="BIZ UDゴシック" w:eastAsia="BIZ UDゴシック" w:hAnsi="BIZ UDゴシック"/>
                <w:b/>
                <w:sz w:val="44"/>
                <w:szCs w:val="24"/>
                <w:u w:val="single"/>
                <w:lang w:eastAsia="ja-JP"/>
              </w:rPr>
              <w:t>定期的</w:t>
            </w:r>
          </w:rubyBase>
        </w:ruby>
      </w:r>
      <w:r w:rsidR="00373D6E" w:rsidRPr="0033493A">
        <w:rPr>
          <w:rFonts w:ascii="BIZ UDゴシック" w:eastAsia="BIZ UDゴシック" w:hAnsi="BIZ UDゴシック" w:hint="eastAsia"/>
          <w:b/>
          <w:sz w:val="44"/>
          <w:szCs w:val="24"/>
          <w:u w:val="single"/>
          <w:lang w:eastAsia="ja-JP"/>
        </w:rPr>
        <w:t>に</w:t>
      </w:r>
      <w:r w:rsidR="0033493A">
        <w:rPr>
          <w:rFonts w:ascii="BIZ UDゴシック" w:eastAsia="BIZ UDゴシック" w:hAnsi="BIZ UDゴシック"/>
          <w:b/>
          <w:sz w:val="44"/>
          <w:szCs w:val="24"/>
          <w:u w:val="single"/>
          <w:lang w:eastAsia="ja-JP"/>
        </w:rPr>
        <w:br/>
      </w:r>
      <w:r w:rsidR="00373D6E" w:rsidRPr="0033493A">
        <w:rPr>
          <w:rFonts w:ascii="BIZ UDゴシック" w:eastAsia="BIZ UDゴシック" w:hAnsi="BIZ UDゴシック"/>
          <w:b/>
          <w:sz w:val="44"/>
          <w:szCs w:val="24"/>
          <w:u w:val="single"/>
          <w:lang w:eastAsia="ja-JP"/>
        </w:rPr>
        <w:t>チェック</w:t>
      </w:r>
      <w:r w:rsidR="00E807F2" w:rsidRPr="0033493A">
        <w:rPr>
          <w:rFonts w:ascii="BIZ UDゴシック" w:eastAsia="BIZ UDゴシック" w:hAnsi="BIZ UDゴシック" w:hint="eastAsia"/>
          <w:b/>
          <w:sz w:val="44"/>
          <w:szCs w:val="24"/>
          <w:u w:val="single"/>
          <w:lang w:eastAsia="ja-JP"/>
        </w:rPr>
        <w:t xml:space="preserve"> </w:t>
      </w:r>
      <w:r w:rsidR="00373D6E" w:rsidRPr="0033493A">
        <w:rPr>
          <w:rFonts w:ascii="BIZ UDゴシック" w:eastAsia="BIZ UDゴシック" w:hAnsi="BIZ UDゴシック" w:hint="eastAsia"/>
          <w:b/>
          <w:sz w:val="44"/>
          <w:szCs w:val="24"/>
          <w:u w:val="single"/>
          <w:lang w:eastAsia="ja-JP"/>
        </w:rPr>
        <w:t>しましょう</w:t>
      </w:r>
    </w:p>
    <w:p w14:paraId="557FECD8" w14:textId="72EF6992" w:rsidR="001730B6" w:rsidRPr="00247202" w:rsidRDefault="00C660FF">
      <w:pPr>
        <w:rPr>
          <w:rFonts w:ascii="BIZ UDゴシック" w:eastAsia="BIZ UDゴシック" w:hAnsi="BIZ UDゴシック"/>
          <w:sz w:val="24"/>
          <w:szCs w:val="24"/>
          <w:lang w:eastAsia="ja-JP"/>
        </w:rPr>
      </w:pPr>
      <w:r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C660FF" w:rsidRPr="00C660FF">
              <w:rPr>
                <w:rFonts w:ascii="BIZ UDゴシック" w:eastAsia="BIZ UDゴシック" w:hAnsi="BIZ UDゴシック"/>
                <w:sz w:val="14"/>
                <w:szCs w:val="24"/>
                <w:lang w:eastAsia="ja-JP"/>
              </w:rPr>
              <w:t>てんけん</w:t>
            </w:r>
          </w:rt>
          <w:rubyBase>
            <w:r w:rsidR="00C660FF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点検</w:t>
            </w:r>
          </w:rubyBase>
        </w:ruby>
      </w:r>
      <w:r w:rsidRPr="00247202">
        <w:rPr>
          <w:rFonts w:ascii="BIZ UDゴシック" w:eastAsia="BIZ UDゴシック" w:hAnsi="BIZ UDゴシック" w:hint="eastAsia"/>
          <w:sz w:val="24"/>
          <w:szCs w:val="24"/>
          <w:lang w:eastAsia="ja-JP"/>
        </w:rPr>
        <w:t>する</w:t>
      </w:r>
      <w:r w:rsidR="00247202">
        <w:rPr>
          <w:rFonts w:ascii="BIZ UDゴシック" w:eastAsia="BIZ UDゴシック" w:hAnsi="BIZ UDゴシック" w:hint="eastAsia"/>
          <w:sz w:val="24"/>
          <w:szCs w:val="24"/>
          <w:lang w:eastAsia="ja-JP"/>
        </w:rPr>
        <w:t>ところ</w:t>
      </w:r>
    </w:p>
    <w:tbl>
      <w:tblPr>
        <w:tblStyle w:val="afe"/>
        <w:tblpPr w:leftFromText="142" w:rightFromText="142" w:vertAnchor="text" w:tblpX="250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093"/>
        <w:gridCol w:w="2410"/>
        <w:gridCol w:w="2551"/>
        <w:gridCol w:w="2552"/>
      </w:tblGrid>
      <w:tr w:rsidR="001730B6" w14:paraId="62AF12DD" w14:textId="77777777" w:rsidTr="00247202">
        <w:tc>
          <w:tcPr>
            <w:tcW w:w="2093" w:type="dxa"/>
          </w:tcPr>
          <w:p w14:paraId="6CBD11CE" w14:textId="357DEBDB" w:rsidR="001730B6" w:rsidRDefault="001730B6" w:rsidP="00247202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  <w:u w:val="single"/>
                <w:lang w:eastAsia="ja-JP"/>
              </w:rPr>
            </w:pPr>
            <w:r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ruby>
                <w:rubyPr>
                  <w:rubyAlign w:val="distributeSpace"/>
                  <w:hps w:val="14"/>
                  <w:hpsRaise w:val="22"/>
                  <w:hpsBaseText w:val="24"/>
                  <w:lid w:val="ja-JP"/>
                </w:rubyPr>
                <w:rt>
                  <w:r w:rsidR="001730B6" w:rsidRPr="00D80C1F">
                    <w:rPr>
                      <w:rFonts w:ascii="BIZ UDゴシック" w:eastAsia="BIZ UDゴシック" w:hAnsi="BIZ UDゴシック"/>
                      <w:sz w:val="14"/>
                      <w:szCs w:val="24"/>
                      <w:lang w:eastAsia="ja-JP"/>
                    </w:rPr>
                    <w:t>あまも</w:t>
                  </w:r>
                </w:rt>
                <w:rubyBase>
                  <w:r w:rsidR="001730B6">
                    <w:rPr>
                      <w:rFonts w:ascii="BIZ UDゴシック" w:eastAsia="BIZ UDゴシック" w:hAnsi="BIZ UDゴシック"/>
                      <w:sz w:val="24"/>
                      <w:szCs w:val="24"/>
                      <w:lang w:eastAsia="ja-JP"/>
                    </w:rPr>
                    <w:t>雨漏</w:t>
                  </w:r>
                </w:rubyBase>
              </w:ruby>
            </w:r>
            <w:r w:rsidRPr="00D80C1F">
              <w:rPr>
                <w:rFonts w:ascii="BIZ UDゴシック" w:eastAsia="BIZ UDゴシック" w:hAnsi="BIZ UDゴシック" w:hint="eastAsia"/>
                <w:sz w:val="24"/>
                <w:szCs w:val="24"/>
                <w:lang w:eastAsia="ja-JP"/>
              </w:rPr>
              <w:t>り</w:t>
            </w:r>
          </w:p>
        </w:tc>
        <w:tc>
          <w:tcPr>
            <w:tcW w:w="2410" w:type="dxa"/>
          </w:tcPr>
          <w:p w14:paraId="2C6100A7" w14:textId="2C7F9D8A" w:rsidR="001730B6" w:rsidRDefault="001730B6" w:rsidP="00247202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  <w:u w:val="single"/>
                <w:lang w:eastAsia="ja-JP"/>
              </w:rPr>
            </w:pPr>
            <w:r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ruby>
                <w:rubyPr>
                  <w:rubyAlign w:val="distributeSpace"/>
                  <w:hps w:val="14"/>
                  <w:hpsRaise w:val="22"/>
                  <w:hpsBaseText w:val="24"/>
                  <w:lid w:val="ja-JP"/>
                </w:rubyPr>
                <w:rt>
                  <w:r w:rsidR="001730B6" w:rsidRPr="00D80C1F">
                    <w:rPr>
                      <w:rFonts w:ascii="BIZ UDゴシック" w:eastAsia="BIZ UDゴシック" w:hAnsi="BIZ UDゴシック"/>
                      <w:sz w:val="14"/>
                      <w:szCs w:val="24"/>
                      <w:lang w:eastAsia="ja-JP"/>
                    </w:rPr>
                    <w:t>たてもの</w:t>
                  </w:r>
                </w:rt>
                <w:rubyBase>
                  <w:r w:rsidR="001730B6">
                    <w:rPr>
                      <w:rFonts w:ascii="BIZ UDゴシック" w:eastAsia="BIZ UDゴシック" w:hAnsi="BIZ UDゴシック"/>
                      <w:sz w:val="24"/>
                      <w:szCs w:val="24"/>
                      <w:lang w:eastAsia="ja-JP"/>
                    </w:rPr>
                    <w:t>建物</w:t>
                  </w:r>
                </w:rubyBase>
              </w:ruby>
            </w:r>
            <w:r w:rsidRPr="00D80C1F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の</w:t>
            </w:r>
            <w:r>
              <w:rPr>
                <w:rFonts w:ascii="BIZ UDゴシック" w:eastAsia="BIZ UDゴシック" w:hAnsi="BIZ UDゴシック" w:hint="eastAsia"/>
                <w:sz w:val="24"/>
                <w:szCs w:val="24"/>
                <w:lang w:eastAsia="ja-JP"/>
              </w:rPr>
              <w:t xml:space="preserve"> </w:t>
            </w:r>
            <w:r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ruby>
                <w:rubyPr>
                  <w:rubyAlign w:val="distributeSpace"/>
                  <w:hps w:val="14"/>
                  <w:hpsRaise w:val="22"/>
                  <w:hpsBaseText w:val="24"/>
                  <w:lid w:val="ja-JP"/>
                </w:rubyPr>
                <w:rt>
                  <w:r w:rsidR="001730B6" w:rsidRPr="00D80C1F">
                    <w:rPr>
                      <w:rFonts w:ascii="BIZ UDゴシック" w:eastAsia="BIZ UDゴシック" w:hAnsi="BIZ UDゴシック"/>
                      <w:sz w:val="14"/>
                      <w:szCs w:val="24"/>
                      <w:lang w:eastAsia="ja-JP"/>
                    </w:rPr>
                    <w:t>いたみ</w:t>
                  </w:r>
                </w:rt>
                <w:rubyBase>
                  <w:r w:rsidR="001730B6">
                    <w:rPr>
                      <w:rFonts w:ascii="BIZ UDゴシック" w:eastAsia="BIZ UDゴシック" w:hAnsi="BIZ UDゴシック"/>
                      <w:sz w:val="24"/>
                      <w:szCs w:val="24"/>
                      <w:lang w:eastAsia="ja-JP"/>
                    </w:rPr>
                    <w:t>傷み</w:t>
                  </w:r>
                </w:rubyBase>
              </w:ruby>
            </w:r>
          </w:p>
        </w:tc>
        <w:tc>
          <w:tcPr>
            <w:tcW w:w="2551" w:type="dxa"/>
          </w:tcPr>
          <w:p w14:paraId="2062C10A" w14:textId="36CB916C" w:rsidR="001730B6" w:rsidRDefault="001730B6" w:rsidP="00247202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  <w:u w:val="single"/>
                <w:lang w:eastAsia="ja-JP"/>
              </w:rPr>
            </w:pPr>
            <w:r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ruby>
                <w:rubyPr>
                  <w:rubyAlign w:val="distributeSpace"/>
                  <w:hps w:val="14"/>
                  <w:hpsRaise w:val="22"/>
                  <w:hpsBaseText w:val="24"/>
                  <w:lid w:val="ja-JP"/>
                </w:rubyPr>
                <w:rt>
                  <w:r w:rsidR="001730B6" w:rsidRPr="00D80C1F">
                    <w:rPr>
                      <w:rFonts w:ascii="BIZ UDゴシック" w:eastAsia="BIZ UDゴシック" w:hAnsi="BIZ UDゴシック"/>
                      <w:sz w:val="14"/>
                      <w:szCs w:val="24"/>
                      <w:lang w:eastAsia="ja-JP"/>
                    </w:rPr>
                    <w:t>せつび</w:t>
                  </w:r>
                </w:rt>
                <w:rubyBase>
                  <w:r w:rsidR="001730B6">
                    <w:rPr>
                      <w:rFonts w:ascii="BIZ UDゴシック" w:eastAsia="BIZ UDゴシック" w:hAnsi="BIZ UDゴシック"/>
                      <w:sz w:val="24"/>
                      <w:szCs w:val="24"/>
                      <w:lang w:eastAsia="ja-JP"/>
                    </w:rPr>
                    <w:t>設備</w:t>
                  </w:r>
                </w:rubyBase>
              </w:ruby>
            </w:r>
            <w:r w:rsidRPr="00D80C1F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の</w:t>
            </w:r>
            <w:r>
              <w:rPr>
                <w:rFonts w:ascii="BIZ UDゴシック" w:eastAsia="BIZ UDゴシック" w:hAnsi="BIZ UDゴシック" w:hint="eastAsia"/>
                <w:sz w:val="24"/>
                <w:szCs w:val="24"/>
                <w:lang w:eastAsia="ja-JP"/>
              </w:rPr>
              <w:t xml:space="preserve"> </w:t>
            </w:r>
            <w:r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ruby>
                <w:rubyPr>
                  <w:rubyAlign w:val="distributeSpace"/>
                  <w:hps w:val="14"/>
                  <w:hpsRaise w:val="22"/>
                  <w:hpsBaseText w:val="24"/>
                  <w:lid w:val="ja-JP"/>
                </w:rubyPr>
                <w:rt>
                  <w:r w:rsidR="001730B6" w:rsidRPr="00D80C1F">
                    <w:rPr>
                      <w:rFonts w:ascii="BIZ UDゴシック" w:eastAsia="BIZ UDゴシック" w:hAnsi="BIZ UDゴシック"/>
                      <w:sz w:val="14"/>
                      <w:szCs w:val="24"/>
                      <w:lang w:eastAsia="ja-JP"/>
                    </w:rPr>
                    <w:t>こしょう</w:t>
                  </w:r>
                </w:rt>
                <w:rubyBase>
                  <w:r w:rsidR="001730B6">
                    <w:rPr>
                      <w:rFonts w:ascii="BIZ UDゴシック" w:eastAsia="BIZ UDゴシック" w:hAnsi="BIZ UDゴシック"/>
                      <w:sz w:val="24"/>
                      <w:szCs w:val="24"/>
                      <w:lang w:eastAsia="ja-JP"/>
                    </w:rPr>
                    <w:t>故障</w:t>
                  </w:r>
                </w:rubyBase>
              </w:ruby>
            </w:r>
          </w:p>
        </w:tc>
        <w:tc>
          <w:tcPr>
            <w:tcW w:w="2552" w:type="dxa"/>
          </w:tcPr>
          <w:p w14:paraId="07946338" w14:textId="1AF10CAA" w:rsidR="001730B6" w:rsidRDefault="001730B6" w:rsidP="00247202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  <w:u w:val="single"/>
                <w:lang w:eastAsia="ja-JP"/>
              </w:rPr>
            </w:pPr>
            <w:r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ruby>
                <w:rubyPr>
                  <w:rubyAlign w:val="distributeSpace"/>
                  <w:hps w:val="14"/>
                  <w:hpsRaise w:val="22"/>
                  <w:hpsBaseText w:val="24"/>
                  <w:lid w:val="ja-JP"/>
                </w:rubyPr>
                <w:rt>
                  <w:r w:rsidR="001730B6" w:rsidRPr="00D80C1F">
                    <w:rPr>
                      <w:rFonts w:ascii="BIZ UDゴシック" w:eastAsia="BIZ UDゴシック" w:hAnsi="BIZ UDゴシック"/>
                      <w:sz w:val="14"/>
                      <w:szCs w:val="24"/>
                      <w:lang w:eastAsia="ja-JP"/>
                    </w:rPr>
                    <w:t>さいがいご</w:t>
                  </w:r>
                </w:rt>
                <w:rubyBase>
                  <w:r w:rsidR="001730B6">
                    <w:rPr>
                      <w:rFonts w:ascii="BIZ UDゴシック" w:eastAsia="BIZ UDゴシック" w:hAnsi="BIZ UDゴシック"/>
                      <w:sz w:val="24"/>
                      <w:szCs w:val="24"/>
                      <w:lang w:eastAsia="ja-JP"/>
                    </w:rPr>
                    <w:t>災害後</w:t>
                  </w:r>
                </w:rubyBase>
              </w:ruby>
            </w:r>
            <w:r w:rsidRPr="00D80C1F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の</w:t>
            </w:r>
            <w:r>
              <w:rPr>
                <w:rFonts w:ascii="BIZ UDゴシック" w:eastAsia="BIZ UDゴシック" w:hAnsi="BIZ UDゴシック" w:hint="eastAsia"/>
                <w:sz w:val="24"/>
                <w:szCs w:val="24"/>
                <w:lang w:eastAsia="ja-JP"/>
              </w:rPr>
              <w:t xml:space="preserve"> </w:t>
            </w:r>
            <w:r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ruby>
                <w:rubyPr>
                  <w:rubyAlign w:val="distributeSpace"/>
                  <w:hps w:val="14"/>
                  <w:hpsRaise w:val="22"/>
                  <w:hpsBaseText w:val="24"/>
                  <w:lid w:val="ja-JP"/>
                </w:rubyPr>
                <w:rt>
                  <w:r w:rsidR="001730B6" w:rsidRPr="00D80C1F">
                    <w:rPr>
                      <w:rFonts w:ascii="BIZ UDゴシック" w:eastAsia="BIZ UDゴシック" w:hAnsi="BIZ UDゴシック"/>
                      <w:sz w:val="14"/>
                      <w:szCs w:val="24"/>
                      <w:lang w:eastAsia="ja-JP"/>
                    </w:rPr>
                    <w:t>てんけん</w:t>
                  </w:r>
                </w:rt>
                <w:rubyBase>
                  <w:r w:rsidR="001730B6">
                    <w:rPr>
                      <w:rFonts w:ascii="BIZ UDゴシック" w:eastAsia="BIZ UDゴシック" w:hAnsi="BIZ UDゴシック"/>
                      <w:sz w:val="24"/>
                      <w:szCs w:val="24"/>
                      <w:lang w:eastAsia="ja-JP"/>
                    </w:rPr>
                    <w:t>点検</w:t>
                  </w:r>
                </w:rubyBase>
              </w:ruby>
            </w:r>
          </w:p>
        </w:tc>
      </w:tr>
    </w:tbl>
    <w:p w14:paraId="50F524DA" w14:textId="6851360C" w:rsidR="00954F75" w:rsidRPr="00C660FF" w:rsidRDefault="00C660FF">
      <w:pPr>
        <w:rPr>
          <w:rFonts w:ascii="BIZ UDゴシック" w:eastAsia="BIZ UDゴシック" w:hAnsi="BIZ UDゴシック" w:hint="eastAsia"/>
          <w:b/>
          <w:sz w:val="32"/>
          <w:szCs w:val="20"/>
          <w:lang w:eastAsia="ja-JP"/>
        </w:rPr>
      </w:pPr>
      <w:r>
        <w:rPr>
          <w:rFonts w:ascii="BIZ UDゴシック" w:eastAsia="BIZ UDゴシック" w:hAnsi="BIZ UDゴシック"/>
          <w:b/>
          <w:sz w:val="44"/>
          <w:szCs w:val="24"/>
          <w:lang w:eastAsia="ja-JP"/>
        </w:rPr>
        <w:br/>
      </w:r>
    </w:p>
    <w:p w14:paraId="674159D3" w14:textId="399014B6" w:rsidR="00BA5BED" w:rsidRPr="00373D6E" w:rsidRDefault="00C86F53">
      <w:pPr>
        <w:rPr>
          <w:rFonts w:ascii="BIZ UDゴシック" w:eastAsia="BIZ UDゴシック" w:hAnsi="BIZ UDゴシック"/>
          <w:sz w:val="24"/>
          <w:szCs w:val="24"/>
          <w:u w:val="single"/>
          <w:lang w:eastAsia="ja-JP"/>
        </w:rPr>
      </w:pPr>
      <w:r w:rsidRPr="007D31A2">
        <w:rPr>
          <mc:AlternateContent>
            <mc:Choice Requires="w16se">
              <w:rFonts w:ascii="BIZ UDゴシック" w:eastAsia="BIZ UDゴシック" w:hAnsi="BIZ UDゴシック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sz w:val="44"/>
          <w:szCs w:val="24"/>
          <w:lang w:eastAsia="ja-JP"/>
        </w:rPr>
        <mc:AlternateContent>
          <mc:Choice Requires="w16se">
            <w16se:symEx w16se:font="Segoe UI Emoji" w16se:char="1F4A1"/>
          </mc:Choice>
          <mc:Fallback>
            <w:t>💡</w:t>
          </mc:Fallback>
        </mc:AlternateContent>
      </w:r>
      <w:r w:rsidR="00CA4F52" w:rsidRPr="00373D6E">
        <w:rPr>
          <w:rFonts w:ascii="BIZ UDゴシック" w:eastAsia="BIZ UDゴシック" w:hAnsi="BIZ UDゴシック"/>
          <w:b/>
          <w:sz w:val="44"/>
          <w:szCs w:val="24"/>
          <w:u w:val="single"/>
          <w:lang w:eastAsia="ja-JP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CA4F52" w:rsidRPr="00373D6E">
              <w:rPr>
                <w:rFonts w:ascii="BIZ UDゴシック" w:eastAsia="BIZ UDゴシック" w:hAnsi="BIZ UDゴシック"/>
                <w:b/>
                <w:szCs w:val="24"/>
                <w:u w:val="single"/>
                <w:lang w:eastAsia="ja-JP"/>
              </w:rPr>
              <w:t>こま</w:t>
            </w:r>
          </w:rt>
          <w:rubyBase>
            <w:r w:rsidR="00CA4F52" w:rsidRPr="00373D6E">
              <w:rPr>
                <w:rFonts w:ascii="BIZ UDゴシック" w:eastAsia="BIZ UDゴシック" w:hAnsi="BIZ UDゴシック"/>
                <w:b/>
                <w:sz w:val="44"/>
                <w:szCs w:val="24"/>
                <w:u w:val="single"/>
                <w:lang w:eastAsia="ja-JP"/>
              </w:rPr>
              <w:t>困</w:t>
            </w:r>
          </w:rubyBase>
        </w:ruby>
      </w:r>
      <w:r w:rsidR="00CA4F52" w:rsidRPr="00373D6E">
        <w:rPr>
          <w:rFonts w:ascii="BIZ UDゴシック" w:eastAsia="BIZ UDゴシック" w:hAnsi="BIZ UDゴシック" w:hint="eastAsia"/>
          <w:b/>
          <w:sz w:val="44"/>
          <w:szCs w:val="24"/>
          <w:u w:val="single"/>
          <w:lang w:eastAsia="ja-JP"/>
        </w:rPr>
        <w:t>った</w:t>
      </w:r>
      <w:r w:rsidR="00CA4F52" w:rsidRPr="00373D6E">
        <w:rPr>
          <w:rFonts w:ascii="BIZ UDゴシック" w:eastAsia="BIZ UDゴシック" w:hAnsi="BIZ UDゴシック"/>
          <w:b/>
          <w:sz w:val="44"/>
          <w:szCs w:val="24"/>
          <w:u w:val="single"/>
          <w:lang w:eastAsia="ja-JP"/>
        </w:rPr>
        <w:t>ときは、</w:t>
      </w:r>
      <w:r w:rsidR="00CA4F52" w:rsidRPr="00373D6E">
        <w:rPr>
          <w:rFonts w:ascii="BIZ UDゴシック" w:eastAsia="BIZ UDゴシック" w:hAnsi="BIZ UDゴシック"/>
          <w:b/>
          <w:sz w:val="44"/>
          <w:szCs w:val="24"/>
          <w:u w:val="single"/>
          <w:lang w:eastAsia="ja-JP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CA4F52" w:rsidRPr="00373D6E">
              <w:rPr>
                <w:rFonts w:ascii="BIZ UDゴシック" w:eastAsia="BIZ UDゴシック" w:hAnsi="BIZ UDゴシック"/>
                <w:b/>
                <w:szCs w:val="24"/>
                <w:u w:val="single"/>
                <w:lang w:eastAsia="ja-JP"/>
              </w:rPr>
              <w:t>せんもんか</w:t>
            </w:r>
          </w:rt>
          <w:rubyBase>
            <w:r w:rsidR="00CA4F52" w:rsidRPr="00373D6E">
              <w:rPr>
                <w:rFonts w:ascii="BIZ UDゴシック" w:eastAsia="BIZ UDゴシック" w:hAnsi="BIZ UDゴシック"/>
                <w:b/>
                <w:sz w:val="44"/>
                <w:szCs w:val="24"/>
                <w:u w:val="single"/>
                <w:lang w:eastAsia="ja-JP"/>
              </w:rPr>
              <w:t>専門家</w:t>
            </w:r>
          </w:rubyBase>
        </w:ruby>
      </w:r>
      <w:r w:rsidR="00CA4F52" w:rsidRPr="00373D6E">
        <w:rPr>
          <w:rFonts w:ascii="BIZ UDゴシック" w:eastAsia="BIZ UDゴシック" w:hAnsi="BIZ UDゴシック"/>
          <w:b/>
          <w:sz w:val="44"/>
          <w:szCs w:val="24"/>
          <w:u w:val="single"/>
          <w:lang w:eastAsia="ja-JP"/>
        </w:rPr>
        <w:t>に</w:t>
      </w:r>
      <w:r w:rsidR="00CA4F52" w:rsidRPr="00373D6E">
        <w:rPr>
          <w:rFonts w:ascii="BIZ UDゴシック" w:eastAsia="BIZ UDゴシック" w:hAnsi="BIZ UDゴシック" w:hint="eastAsia"/>
          <w:b/>
          <w:sz w:val="44"/>
          <w:szCs w:val="24"/>
          <w:u w:val="single"/>
          <w:lang w:eastAsia="ja-JP"/>
        </w:rPr>
        <w:t xml:space="preserve"> </w:t>
      </w:r>
      <w:r w:rsidR="00CA4F52" w:rsidRPr="00373D6E">
        <w:rPr>
          <w:rFonts w:ascii="BIZ UDゴシック" w:eastAsia="BIZ UDゴシック" w:hAnsi="BIZ UDゴシック"/>
          <w:b/>
          <w:sz w:val="44"/>
          <w:szCs w:val="24"/>
          <w:u w:val="single"/>
          <w:lang w:eastAsia="ja-JP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CA4F52" w:rsidRPr="00373D6E">
              <w:rPr>
                <w:rFonts w:ascii="BIZ UDゴシック" w:eastAsia="BIZ UDゴシック" w:hAnsi="BIZ UDゴシック"/>
                <w:b/>
                <w:szCs w:val="24"/>
                <w:u w:val="single"/>
                <w:lang w:eastAsia="ja-JP"/>
              </w:rPr>
              <w:t>はや</w:t>
            </w:r>
          </w:rt>
          <w:rubyBase>
            <w:r w:rsidR="00CA4F52" w:rsidRPr="00373D6E">
              <w:rPr>
                <w:rFonts w:ascii="BIZ UDゴシック" w:eastAsia="BIZ UDゴシック" w:hAnsi="BIZ UDゴシック"/>
                <w:b/>
                <w:sz w:val="44"/>
                <w:szCs w:val="24"/>
                <w:u w:val="single"/>
                <w:lang w:eastAsia="ja-JP"/>
              </w:rPr>
              <w:t>早</w:t>
            </w:r>
          </w:rubyBase>
        </w:ruby>
      </w:r>
      <w:r w:rsidR="00CA4F52" w:rsidRPr="00373D6E">
        <w:rPr>
          <w:rFonts w:ascii="BIZ UDゴシック" w:eastAsia="BIZ UDゴシック" w:hAnsi="BIZ UDゴシック" w:hint="eastAsia"/>
          <w:b/>
          <w:sz w:val="44"/>
          <w:szCs w:val="24"/>
          <w:u w:val="single"/>
          <w:lang w:eastAsia="ja-JP"/>
        </w:rPr>
        <w:t xml:space="preserve">めに </w:t>
      </w:r>
      <w:r w:rsidR="00CA4F52" w:rsidRPr="00373D6E">
        <w:rPr>
          <w:rFonts w:ascii="BIZ UDゴシック" w:eastAsia="BIZ UDゴシック" w:hAnsi="BIZ UDゴシック"/>
          <w:b/>
          <w:sz w:val="44"/>
          <w:szCs w:val="24"/>
          <w:u w:val="single"/>
          <w:lang w:eastAsia="ja-JP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CA4F52" w:rsidRPr="00373D6E">
              <w:rPr>
                <w:rFonts w:ascii="BIZ UDゴシック" w:eastAsia="BIZ UDゴシック" w:hAnsi="BIZ UDゴシック"/>
                <w:b/>
                <w:szCs w:val="24"/>
                <w:u w:val="single"/>
                <w:lang w:eastAsia="ja-JP"/>
              </w:rPr>
              <w:t>そうだん</w:t>
            </w:r>
          </w:rt>
          <w:rubyBase>
            <w:r w:rsidR="00CA4F52" w:rsidRPr="00373D6E">
              <w:rPr>
                <w:rFonts w:ascii="BIZ UDゴシック" w:eastAsia="BIZ UDゴシック" w:hAnsi="BIZ UDゴシック"/>
                <w:b/>
                <w:sz w:val="44"/>
                <w:szCs w:val="24"/>
                <w:u w:val="single"/>
                <w:lang w:eastAsia="ja-JP"/>
              </w:rPr>
              <w:t>相談</w:t>
            </w:r>
          </w:rubyBase>
        </w:ruby>
      </w:r>
    </w:p>
    <w:p w14:paraId="4FB8C2CD" w14:textId="105E71C4" w:rsidR="00BA5BED" w:rsidRDefault="00C660FF">
      <w:pPr>
        <w:rPr>
          <w:rFonts w:ascii="BIZ UDゴシック" w:eastAsia="BIZ UDゴシック" w:hAnsi="BIZ UDゴシック"/>
          <w:sz w:val="24"/>
          <w:szCs w:val="24"/>
          <w:lang w:eastAsia="ja-JP"/>
        </w:rPr>
      </w:pPr>
      <w:r>
        <w:rPr>
          <w:rFonts w:ascii="BIZ UDゴシック" w:eastAsia="BIZ UDゴシック" w:hAnsi="BIZ UDゴシック"/>
          <w:b/>
          <w:noProof/>
          <w:sz w:val="44"/>
          <w:szCs w:val="24"/>
          <w:lang w:eastAsia="ja-JP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BCB3CDC" wp14:editId="1746B2FA">
                <wp:simplePos x="0" y="0"/>
                <wp:positionH relativeFrom="column">
                  <wp:posOffset>87630</wp:posOffset>
                </wp:positionH>
                <wp:positionV relativeFrom="paragraph">
                  <wp:posOffset>375920</wp:posOffset>
                </wp:positionV>
                <wp:extent cx="3613150" cy="2146300"/>
                <wp:effectExtent l="57150" t="38100" r="82550" b="101600"/>
                <wp:wrapNone/>
                <wp:docPr id="1052833619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3150" cy="21463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EA17D7" id="正方形/長方形 2" o:spid="_x0000_s1026" style="position:absolute;margin-left:6.9pt;margin-top:29.6pt;width:284.5pt;height:169pt;z-index:251657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" filled="f" strokecolor="#f68c36 [3049]">
                <v:shadow on="t" color="black" opacity="24903f" origin=",.5" offset="0,.55556mm"/>
              </v:rect>
            </w:pict>
          </mc:Fallback>
        </mc:AlternateContent>
      </w:r>
      <w:r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C660FF" w:rsidRPr="00C660FF">
              <w:rPr>
                <w:rFonts w:ascii="BIZ UDゴシック" w:eastAsia="BIZ UDゴシック" w:hAnsi="BIZ UDゴシック"/>
                <w:sz w:val="14"/>
                <w:szCs w:val="24"/>
                <w:lang w:eastAsia="ja-JP"/>
              </w:rPr>
              <w:t>ふどうさん</w:t>
            </w:r>
          </w:rt>
          <w:rubyBase>
            <w:r w:rsidR="00C660FF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不動産</w:t>
            </w:r>
          </w:rubyBase>
        </w:ruby>
      </w:r>
      <w:r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C660FF" w:rsidRPr="00C660FF">
              <w:rPr>
                <w:rFonts w:ascii="BIZ UDゴシック" w:eastAsia="BIZ UDゴシック" w:hAnsi="BIZ UDゴシック"/>
                <w:sz w:val="14"/>
                <w:szCs w:val="24"/>
                <w:lang w:eastAsia="ja-JP"/>
              </w:rPr>
              <w:t>がいしゃ</w:t>
            </w:r>
          </w:rt>
          <w:rubyBase>
            <w:r w:rsidR="00C660FF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会社</w:t>
            </w:r>
          </w:rubyBase>
        </w:ruby>
      </w:r>
      <w:r w:rsidRPr="00D80C1F">
        <w:rPr>
          <w:rFonts w:ascii="BIZ UDゴシック" w:eastAsia="BIZ UDゴシック" w:hAnsi="BIZ UDゴシック"/>
          <w:sz w:val="24"/>
          <w:szCs w:val="24"/>
          <w:lang w:eastAsia="ja-JP"/>
        </w:rPr>
        <w:t>や</w:t>
      </w:r>
      <w:r w:rsidR="00C86F53">
        <w:rPr>
          <w:rFonts w:ascii="BIZ UDゴシック" w:eastAsia="BIZ UDゴシック" w:hAnsi="BIZ UDゴシック" w:hint="eastAsia"/>
          <w:sz w:val="24"/>
          <w:szCs w:val="24"/>
          <w:lang w:eastAsia="ja-JP"/>
        </w:rPr>
        <w:t xml:space="preserve"> </w:t>
      </w:r>
      <w:r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C660FF" w:rsidRPr="00C660FF">
              <w:rPr>
                <w:rFonts w:ascii="BIZ UDゴシック" w:eastAsia="BIZ UDゴシック" w:hAnsi="BIZ UDゴシック"/>
                <w:sz w:val="14"/>
                <w:szCs w:val="24"/>
                <w:lang w:eastAsia="ja-JP"/>
              </w:rPr>
              <w:t>けんちく</w:t>
            </w:r>
          </w:rt>
          <w:rubyBase>
            <w:r w:rsidR="00C660FF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建築</w:t>
            </w:r>
          </w:rubyBase>
        </w:ruby>
      </w:r>
      <w:r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C660FF" w:rsidRPr="00C660FF">
              <w:rPr>
                <w:rFonts w:ascii="BIZ UDゴシック" w:eastAsia="BIZ UDゴシック" w:hAnsi="BIZ UDゴシック"/>
                <w:sz w:val="14"/>
                <w:szCs w:val="24"/>
                <w:lang w:eastAsia="ja-JP"/>
              </w:rPr>
              <w:t>じゅうたくか</w:t>
            </w:r>
          </w:rt>
          <w:rubyBase>
            <w:r w:rsidR="00C660FF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住宅課</w:t>
            </w:r>
          </w:rubyBase>
        </w:ruby>
      </w:r>
      <w:r w:rsidRPr="00D80C1F">
        <w:rPr>
          <w:rFonts w:ascii="BIZ UDゴシック" w:eastAsia="BIZ UDゴシック" w:hAnsi="BIZ UDゴシック"/>
          <w:sz w:val="24"/>
          <w:szCs w:val="24"/>
          <w:lang w:eastAsia="ja-JP"/>
        </w:rPr>
        <w:t>へ</w:t>
      </w:r>
      <w:r w:rsidR="00CA4F52">
        <w:rPr>
          <w:rFonts w:ascii="BIZ UDゴシック" w:eastAsia="BIZ UDゴシック" w:hAnsi="BIZ UDゴシック" w:hint="eastAsia"/>
          <w:sz w:val="24"/>
          <w:szCs w:val="24"/>
          <w:lang w:eastAsia="ja-JP"/>
        </w:rPr>
        <w:t xml:space="preserve">  </w:t>
      </w:r>
      <w:r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C660FF" w:rsidRPr="00C660FF">
              <w:rPr>
                <w:rFonts w:ascii="BIZ UDゴシック" w:eastAsia="BIZ UDゴシック" w:hAnsi="BIZ UDゴシック"/>
                <w:sz w:val="14"/>
                <w:szCs w:val="24"/>
                <w:lang w:eastAsia="ja-JP"/>
              </w:rPr>
              <w:t>そうだん</w:t>
            </w:r>
          </w:rt>
          <w:rubyBase>
            <w:r w:rsidR="00C660FF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相談</w:t>
            </w:r>
          </w:rubyBase>
        </w:ruby>
      </w:r>
      <w:r w:rsidRPr="00D80C1F">
        <w:rPr>
          <w:rFonts w:ascii="BIZ UDゴシック" w:eastAsia="BIZ UDゴシック" w:hAnsi="BIZ UDゴシック"/>
          <w:sz w:val="24"/>
          <w:szCs w:val="24"/>
          <w:lang w:eastAsia="ja-JP"/>
        </w:rPr>
        <w:t>しましょう。</w:t>
      </w:r>
    </w:p>
    <w:p w14:paraId="7E161B98" w14:textId="739889D5" w:rsidR="00BA5BED" w:rsidRPr="00D80C1F" w:rsidRDefault="00CA4F52" w:rsidP="00C660FF">
      <w:pPr>
        <w:ind w:firstLineChars="100" w:firstLine="440"/>
        <w:rPr>
          <w:rFonts w:ascii="BIZ UDゴシック" w:eastAsia="BIZ UDゴシック" w:hAnsi="BIZ UDゴシック"/>
          <w:sz w:val="24"/>
          <w:szCs w:val="24"/>
          <w:lang w:eastAsia="ja-JP"/>
        </w:rPr>
      </w:pPr>
      <w:r>
        <w:rPr>
          <w:rFonts w:ascii="BIZ UDゴシック" w:eastAsia="BIZ UDゴシック" w:hAnsi="BIZ UDゴシック"/>
          <w:b/>
          <w:sz w:val="44"/>
          <w:szCs w:val="24"/>
          <w:lang w:eastAsia="ja-JP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CA4F52" w:rsidRPr="00CA4F52">
              <w:rPr>
                <w:rFonts w:ascii="BIZ UDゴシック" w:eastAsia="BIZ UDゴシック" w:hAnsi="BIZ UDゴシック"/>
                <w:b/>
                <w:szCs w:val="24"/>
                <w:lang w:eastAsia="ja-JP"/>
              </w:rPr>
              <w:t>おといあわせ</w:t>
            </w:r>
          </w:rt>
          <w:rubyBase>
            <w:r w:rsidR="00CA4F52">
              <w:rPr>
                <w:rFonts w:ascii="BIZ UDゴシック" w:eastAsia="BIZ UDゴシック" w:hAnsi="BIZ UDゴシック"/>
                <w:b/>
                <w:sz w:val="44"/>
                <w:szCs w:val="24"/>
                <w:lang w:eastAsia="ja-JP"/>
              </w:rPr>
              <w:t>お問い合わせ</w:t>
            </w:r>
          </w:rubyBase>
        </w:ruby>
      </w:r>
      <w:r w:rsidR="00C94546">
        <w:rPr>
          <w:rFonts w:ascii="BIZ UDゴシック" w:eastAsia="BIZ UDゴシック" w:hAnsi="BIZ UDゴシック"/>
          <w:b/>
          <w:sz w:val="44"/>
          <w:szCs w:val="24"/>
          <w:lang w:eastAsia="ja-JP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C94546" w:rsidRPr="00C94546">
              <w:rPr>
                <w:rFonts w:ascii="BIZ UDゴシック" w:eastAsia="BIZ UDゴシック" w:hAnsi="BIZ UDゴシック"/>
                <w:b/>
                <w:szCs w:val="24"/>
                <w:lang w:eastAsia="ja-JP"/>
              </w:rPr>
              <w:t>さき</w:t>
            </w:r>
          </w:rt>
          <w:rubyBase>
            <w:r w:rsidR="00C94546">
              <w:rPr>
                <w:rFonts w:ascii="BIZ UDゴシック" w:eastAsia="BIZ UDゴシック" w:hAnsi="BIZ UDゴシック"/>
                <w:b/>
                <w:sz w:val="44"/>
                <w:szCs w:val="24"/>
                <w:lang w:eastAsia="ja-JP"/>
              </w:rPr>
              <w:t>先</w:t>
            </w:r>
          </w:rubyBase>
        </w:ruby>
      </w:r>
    </w:p>
    <w:p w14:paraId="312D905A" w14:textId="7106C095" w:rsidR="00BA5BED" w:rsidRPr="001730B6" w:rsidRDefault="00D80C1F" w:rsidP="001730B6">
      <w:pPr>
        <w:ind w:leftChars="200" w:left="440"/>
        <w:rPr>
          <w:rFonts w:ascii="BIZ UDゴシック" w:eastAsia="BIZ UDゴシック" w:hAnsi="BIZ UDゴシック"/>
          <w:sz w:val="24"/>
          <w:szCs w:val="24"/>
          <w:lang w:eastAsia="ja-JP"/>
        </w:rPr>
      </w:pPr>
      <w:r w:rsidRPr="001730B6"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D80C1F" w:rsidRPr="001730B6">
              <w:rPr>
                <w:rFonts w:ascii="BIZ UDゴシック" w:eastAsia="BIZ UDゴシック" w:hAnsi="BIZ UDゴシック"/>
                <w:sz w:val="12"/>
                <w:szCs w:val="24"/>
                <w:lang w:eastAsia="ja-JP"/>
              </w:rPr>
              <w:t>えちぜんし</w:t>
            </w:r>
          </w:rt>
          <w:rubyBase>
            <w:r w:rsidR="00D80C1F" w:rsidRPr="001730B6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越前市</w:t>
            </w:r>
          </w:rubyBase>
        </w:ruby>
      </w:r>
      <w:r w:rsidR="00C86F53" w:rsidRPr="001730B6">
        <w:rPr>
          <w:rFonts w:ascii="BIZ UDゴシック" w:eastAsia="BIZ UDゴシック" w:hAnsi="BIZ UDゴシック" w:hint="eastAsia"/>
          <w:sz w:val="24"/>
          <w:szCs w:val="24"/>
          <w:lang w:eastAsia="ja-JP"/>
        </w:rPr>
        <w:t xml:space="preserve">　</w:t>
      </w:r>
      <w:r w:rsidRPr="001730B6"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D80C1F" w:rsidRPr="001730B6">
              <w:rPr>
                <w:rFonts w:ascii="BIZ UDゴシック" w:eastAsia="BIZ UDゴシック" w:hAnsi="BIZ UDゴシック"/>
                <w:sz w:val="12"/>
                <w:szCs w:val="24"/>
                <w:lang w:eastAsia="ja-JP"/>
              </w:rPr>
              <w:t>けんせつぶ</w:t>
            </w:r>
          </w:rt>
          <w:rubyBase>
            <w:r w:rsidR="00D80C1F" w:rsidRPr="001730B6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建設部</w:t>
            </w:r>
          </w:rubyBase>
        </w:ruby>
      </w:r>
      <w:r w:rsidR="00C86F53" w:rsidRPr="001730B6">
        <w:rPr>
          <w:rFonts w:ascii="BIZ UDゴシック" w:eastAsia="BIZ UDゴシック" w:hAnsi="BIZ UDゴシック" w:hint="eastAsia"/>
          <w:sz w:val="24"/>
          <w:szCs w:val="24"/>
          <w:lang w:eastAsia="ja-JP"/>
        </w:rPr>
        <w:t xml:space="preserve">　</w:t>
      </w:r>
      <w:r w:rsidRPr="001730B6"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D80C1F" w:rsidRPr="001730B6">
              <w:rPr>
                <w:rFonts w:ascii="BIZ UDゴシック" w:eastAsia="BIZ UDゴシック" w:hAnsi="BIZ UDゴシック"/>
                <w:sz w:val="12"/>
                <w:szCs w:val="24"/>
                <w:lang w:eastAsia="ja-JP"/>
              </w:rPr>
              <w:t>けんちく</w:t>
            </w:r>
          </w:rt>
          <w:rubyBase>
            <w:r w:rsidR="00D80C1F" w:rsidRPr="001730B6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建築</w:t>
            </w:r>
          </w:rubyBase>
        </w:ruby>
      </w:r>
      <w:r w:rsidRPr="001730B6"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D80C1F" w:rsidRPr="001730B6">
              <w:rPr>
                <w:rFonts w:ascii="BIZ UDゴシック" w:eastAsia="BIZ UDゴシック" w:hAnsi="BIZ UDゴシック"/>
                <w:sz w:val="12"/>
                <w:szCs w:val="24"/>
                <w:lang w:eastAsia="ja-JP"/>
              </w:rPr>
              <w:t>じゅうたくか</w:t>
            </w:r>
          </w:rt>
          <w:rubyBase>
            <w:r w:rsidR="00D80C1F" w:rsidRPr="001730B6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住宅課</w:t>
            </w:r>
          </w:rubyBase>
        </w:ruby>
      </w:r>
      <w:r w:rsidR="00FC6AFE" w:rsidRPr="001730B6">
        <w:rPr>
          <w:rFonts w:ascii="BIZ UDゴシック" w:eastAsia="BIZ UDゴシック" w:hAnsi="BIZ UDゴシック"/>
          <w:sz w:val="24"/>
          <w:szCs w:val="24"/>
          <w:lang w:eastAsia="ja-JP"/>
        </w:rPr>
        <w:br/>
      </w:r>
      <w:r w:rsidR="00FC6AFE" w:rsidRPr="001730B6"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FC6AFE" w:rsidRPr="001730B6">
              <w:rPr>
                <w:rFonts w:ascii="BIZ UDゴシック" w:eastAsia="BIZ UDゴシック" w:hAnsi="BIZ UDゴシック"/>
                <w:sz w:val="12"/>
                <w:szCs w:val="24"/>
                <w:lang w:eastAsia="ja-JP"/>
              </w:rPr>
              <w:t>えちぜんし</w:t>
            </w:r>
          </w:rt>
          <w:rubyBase>
            <w:r w:rsidR="00FC6AFE" w:rsidRPr="001730B6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越前市</w:t>
            </w:r>
          </w:rubyBase>
        </w:ruby>
      </w:r>
      <w:r w:rsidR="00FC6AFE" w:rsidRPr="001730B6"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FC6AFE" w:rsidRPr="001730B6">
              <w:rPr>
                <w:rFonts w:ascii="BIZ UDゴシック" w:eastAsia="BIZ UDゴシック" w:hAnsi="BIZ UDゴシック"/>
                <w:sz w:val="12"/>
                <w:szCs w:val="24"/>
                <w:lang w:eastAsia="ja-JP"/>
              </w:rPr>
              <w:t>ふちゅう</w:t>
            </w:r>
          </w:rt>
          <w:rubyBase>
            <w:r w:rsidR="00FC6AFE" w:rsidRPr="001730B6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府中</w:t>
            </w:r>
          </w:rubyBase>
        </w:ruby>
      </w:r>
      <w:r w:rsidR="00FC6AFE" w:rsidRPr="001730B6"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FC6AFE" w:rsidRPr="001730B6">
              <w:rPr>
                <w:rFonts w:ascii="BIZ UDゴシック" w:eastAsia="BIZ UDゴシック" w:hAnsi="BIZ UDゴシック"/>
                <w:sz w:val="12"/>
                <w:szCs w:val="24"/>
                <w:lang w:eastAsia="ja-JP"/>
              </w:rPr>
              <w:t>いっちょうめ</w:t>
            </w:r>
          </w:rt>
          <w:rubyBase>
            <w:r w:rsidR="00FC6AFE" w:rsidRPr="001730B6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一丁目</w:t>
            </w:r>
          </w:rubyBase>
        </w:ruby>
      </w:r>
      <w:r w:rsidR="00FC6AFE" w:rsidRPr="001730B6">
        <w:rPr>
          <w:rFonts w:ascii="BIZ UDゴシック" w:eastAsia="BIZ UDゴシック" w:hAnsi="BIZ UDゴシック" w:hint="eastAsia"/>
          <w:sz w:val="24"/>
          <w:szCs w:val="24"/>
          <w:lang w:eastAsia="ja-JP"/>
        </w:rPr>
        <w:t xml:space="preserve">１３－７　</w:t>
      </w:r>
      <w:r w:rsidR="004B170D" w:rsidRPr="001730B6">
        <w:rPr>
          <w:rFonts w:ascii="BIZ UDゴシック" w:eastAsia="BIZ UDゴシック" w:hAnsi="BIZ UDゴシック" w:hint="eastAsia"/>
          <w:sz w:val="24"/>
          <w:szCs w:val="24"/>
          <w:lang w:eastAsia="ja-JP"/>
        </w:rPr>
        <w:t>４</w:t>
      </w:r>
      <w:r w:rsidR="004B170D" w:rsidRPr="001730B6"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4B170D" w:rsidRPr="001730B6">
              <w:rPr>
                <w:rFonts w:ascii="BIZ UDゴシック" w:eastAsia="BIZ UDゴシック" w:hAnsi="BIZ UDゴシック"/>
                <w:sz w:val="12"/>
                <w:szCs w:val="24"/>
                <w:lang w:eastAsia="ja-JP"/>
              </w:rPr>
              <w:t>かい</w:t>
            </w:r>
          </w:rt>
          <w:rubyBase>
            <w:r w:rsidR="004B170D" w:rsidRPr="001730B6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階</w:t>
            </w:r>
          </w:rubyBase>
        </w:ruby>
      </w:r>
      <w:r w:rsidR="008951A2" w:rsidRPr="001730B6">
        <w:rPr>
          <w:rFonts w:ascii="BIZ UDゴシック" w:eastAsia="BIZ UDゴシック" w:hAnsi="BIZ UDゴシック"/>
          <w:sz w:val="24"/>
          <w:szCs w:val="24"/>
          <w:lang w:eastAsia="ja-JP"/>
        </w:rPr>
        <w:br/>
      </w:r>
      <w:r w:rsidRPr="001730B6">
        <w:rPr>
          <w:rFonts w:ascii="BIZ UDゴシック" w:eastAsia="BIZ UDゴシック" w:hAnsi="BIZ UDゴシック"/>
          <w:sz w:val="24"/>
          <w:szCs w:val="24"/>
          <w:lang w:eastAsia="ja-JP"/>
        </w:rPr>
        <w:ruby>
          <w:rubyPr>
            <w:rubyAlign w:val="distributeSpace"/>
            <w:hps w:val="14"/>
            <w:hpsRaise w:val="26"/>
            <w:hpsBaseText w:val="24"/>
            <w:lid w:val="ja-JP"/>
          </w:rubyPr>
          <w:rt>
            <w:r w:rsidR="00D80C1F" w:rsidRPr="001730B6">
              <w:rPr>
                <w:rFonts w:ascii="BIZ UDゴシック" w:eastAsia="BIZ UDゴシック" w:hAnsi="BIZ UDゴシック"/>
                <w:sz w:val="12"/>
                <w:szCs w:val="24"/>
                <w:lang w:eastAsia="ja-JP"/>
              </w:rPr>
              <w:t>でんわ</w:t>
            </w:r>
          </w:rt>
          <w:rubyBase>
            <w:r w:rsidR="00D80C1F" w:rsidRPr="001730B6">
              <w:rPr>
                <w:rFonts w:ascii="BIZ UDゴシック" w:eastAsia="BIZ UDゴシック" w:hAnsi="BIZ UDゴシック"/>
                <w:sz w:val="24"/>
                <w:szCs w:val="24"/>
                <w:lang w:eastAsia="ja-JP"/>
              </w:rPr>
              <w:t>電話</w:t>
            </w:r>
          </w:rubyBase>
        </w:ruby>
      </w:r>
      <w:r w:rsidR="008951A2" w:rsidRPr="001730B6">
        <w:rPr>
          <w:rFonts w:ascii="BIZ UDゴシック" w:eastAsia="BIZ UDゴシック" w:hAnsi="BIZ UDゴシック"/>
          <w:sz w:val="24"/>
          <w:szCs w:val="24"/>
          <w:lang w:eastAsia="ja-JP"/>
        </w:rPr>
        <w:t xml:space="preserve">: </w:t>
      </w:r>
      <w:r w:rsidRPr="001730B6">
        <w:rPr>
          <w:rFonts w:ascii="BIZ UDゴシック" w:eastAsia="BIZ UDゴシック" w:hAnsi="BIZ UDゴシック" w:hint="eastAsia"/>
          <w:sz w:val="24"/>
          <w:szCs w:val="24"/>
          <w:lang w:eastAsia="ja-JP"/>
        </w:rPr>
        <w:t>０７７８－２２－３０７４</w:t>
      </w:r>
      <w:r w:rsidR="001730B6" w:rsidRPr="001730B6">
        <w:rPr>
          <w:rFonts w:ascii="BIZ UDゴシック" w:eastAsia="BIZ UDゴシック" w:hAnsi="BIZ UDゴシック"/>
          <w:sz w:val="24"/>
          <w:szCs w:val="24"/>
          <w:lang w:eastAsia="ja-JP"/>
        </w:rPr>
        <w:br/>
      </w:r>
      <w:r w:rsidR="008951A2" w:rsidRPr="001730B6">
        <w:rPr>
          <w:rFonts w:ascii="BIZ UDゴシック" w:eastAsia="BIZ UDゴシック" w:hAnsi="BIZ UDゴシック"/>
          <w:sz w:val="24"/>
          <w:szCs w:val="24"/>
          <w:lang w:eastAsia="ja-JP"/>
        </w:rPr>
        <w:t>メール: kenchiku@city.echizen.lg.jp</w:t>
      </w:r>
    </w:p>
    <w:sectPr w:rsidR="00BA5BED" w:rsidRPr="001730B6" w:rsidSect="00C660F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0088353">
    <w:abstractNumId w:val="8"/>
  </w:num>
  <w:num w:numId="2" w16cid:durableId="438331891">
    <w:abstractNumId w:val="6"/>
  </w:num>
  <w:num w:numId="3" w16cid:durableId="2074040843">
    <w:abstractNumId w:val="5"/>
  </w:num>
  <w:num w:numId="4" w16cid:durableId="668562691">
    <w:abstractNumId w:val="4"/>
  </w:num>
  <w:num w:numId="5" w16cid:durableId="1375278366">
    <w:abstractNumId w:val="7"/>
  </w:num>
  <w:num w:numId="6" w16cid:durableId="1649675848">
    <w:abstractNumId w:val="3"/>
  </w:num>
  <w:num w:numId="7" w16cid:durableId="1232348978">
    <w:abstractNumId w:val="2"/>
  </w:num>
  <w:num w:numId="8" w16cid:durableId="824665130">
    <w:abstractNumId w:val="1"/>
  </w:num>
  <w:num w:numId="9" w16cid:durableId="960107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05EA"/>
    <w:rsid w:val="0015074B"/>
    <w:rsid w:val="001730B6"/>
    <w:rsid w:val="00176A9F"/>
    <w:rsid w:val="001A79D6"/>
    <w:rsid w:val="001B3185"/>
    <w:rsid w:val="002276F6"/>
    <w:rsid w:val="00247202"/>
    <w:rsid w:val="0029639D"/>
    <w:rsid w:val="00326F90"/>
    <w:rsid w:val="0033493A"/>
    <w:rsid w:val="00373D6E"/>
    <w:rsid w:val="003A721B"/>
    <w:rsid w:val="003B1F52"/>
    <w:rsid w:val="004303AB"/>
    <w:rsid w:val="004322BC"/>
    <w:rsid w:val="00440D25"/>
    <w:rsid w:val="004646F6"/>
    <w:rsid w:val="004B170D"/>
    <w:rsid w:val="00741AFE"/>
    <w:rsid w:val="007D31A2"/>
    <w:rsid w:val="008951A2"/>
    <w:rsid w:val="008A4CB3"/>
    <w:rsid w:val="008D1108"/>
    <w:rsid w:val="009067CA"/>
    <w:rsid w:val="00940B9C"/>
    <w:rsid w:val="00954F75"/>
    <w:rsid w:val="00A12344"/>
    <w:rsid w:val="00A32B42"/>
    <w:rsid w:val="00AA1D8D"/>
    <w:rsid w:val="00B47730"/>
    <w:rsid w:val="00BA5BED"/>
    <w:rsid w:val="00C0457B"/>
    <w:rsid w:val="00C660FF"/>
    <w:rsid w:val="00C677CD"/>
    <w:rsid w:val="00C8425B"/>
    <w:rsid w:val="00C86F53"/>
    <w:rsid w:val="00C94546"/>
    <w:rsid w:val="00CA4F52"/>
    <w:rsid w:val="00CB0664"/>
    <w:rsid w:val="00CD1B65"/>
    <w:rsid w:val="00D80C1F"/>
    <w:rsid w:val="00E807F2"/>
    <w:rsid w:val="00FB3BF6"/>
    <w:rsid w:val="00FC693F"/>
    <w:rsid w:val="00FC6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F460C63"/>
  <w14:defaultImageDpi w14:val="300"/>
  <w15:docId w15:val="{AA473793-1547-4012-B5D6-EA597675B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2</Pages>
  <Words>1155</Words>
  <Characters>6584</Characters>
  <Application>Microsoft Office Word</Application>
  <DocSecurity>0</DocSecurity>
  <Lines>54</Lines>
  <Paragraphs>15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7724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渡邉　さゆり</dc:creator>
  <cp:keywords/>
  <dc:description>generated by python-docx</dc:description>
  <cp:lastModifiedBy>渡邉　さゆり</cp:lastModifiedBy>
  <cp:revision>18</cp:revision>
  <dcterms:created xsi:type="dcterms:W3CDTF">2026-08-18T04:33:00Z</dcterms:created>
  <dcterms:modified xsi:type="dcterms:W3CDTF">2026-09-01T05:08:00Z</dcterms:modified>
  <cp:category/>
</cp:coreProperties>
</file>